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FE1EB2" w14:textId="19D5DEC1" w:rsidR="000D1D9A" w:rsidRPr="000D1D9A" w:rsidRDefault="000D1D9A" w:rsidP="000D1D9A">
      <w:pPr>
        <w:jc w:val="center"/>
        <w:rPr>
          <w:sz w:val="36"/>
          <w:szCs w:val="36"/>
          <w:u w:val="single"/>
          <w:lang w:eastAsia="ja-JP"/>
        </w:rPr>
      </w:pPr>
      <w:r w:rsidRPr="000D1D9A">
        <w:rPr>
          <w:b/>
          <w:bCs/>
          <w:sz w:val="36"/>
          <w:szCs w:val="36"/>
          <w:u w:val="single"/>
          <w:lang w:eastAsia="ja-JP"/>
        </w:rPr>
        <w:t>Privacy Policy in Relation to a Letter of Assurance</w:t>
      </w:r>
    </w:p>
    <w:p w14:paraId="0BEC4B3D" w14:textId="77777777" w:rsidR="000D1D9A" w:rsidRPr="000D1D9A" w:rsidRDefault="000D1D9A" w:rsidP="000D1D9A">
      <w:pPr>
        <w:rPr>
          <w:lang w:eastAsia="ja-JP"/>
        </w:rPr>
      </w:pPr>
      <w:r w:rsidRPr="000D1D9A">
        <w:rPr>
          <w:lang w:eastAsia="ja-JP"/>
        </w:rPr>
        <w:t> </w:t>
      </w:r>
    </w:p>
    <w:p w14:paraId="546C22E7" w14:textId="5383E46A" w:rsidR="000D1D9A" w:rsidRPr="000D1D9A" w:rsidRDefault="000D1D9A" w:rsidP="000D1D9A">
      <w:pPr>
        <w:rPr>
          <w:lang w:eastAsia="ja-JP"/>
        </w:rPr>
      </w:pPr>
      <w:r w:rsidRPr="000D1D9A">
        <w:rPr>
          <w:lang w:eastAsia="ja-JP"/>
        </w:rPr>
        <w:t>We, Funakoshi Co., Ltd., will properly manage personal information collected from you to prevent unauthorized access, loss, falsification, or theft, and we will use it only within the scope of the collection purpose. </w:t>
      </w:r>
    </w:p>
    <w:p w14:paraId="65AB5A42" w14:textId="140916F7" w:rsidR="000D1D9A" w:rsidRPr="000D1D9A" w:rsidRDefault="000D1D9A" w:rsidP="000D1D9A">
      <w:pPr>
        <w:jc w:val="center"/>
        <w:rPr>
          <w:lang w:eastAsia="ja-JP"/>
        </w:rPr>
      </w:pPr>
      <w:r w:rsidRPr="000D1D9A">
        <w:rPr>
          <w:b/>
          <w:bCs/>
          <w:lang w:eastAsia="ja-JP"/>
        </w:rPr>
        <w:t>​​</w:t>
      </w:r>
      <w:r w:rsidRPr="000D1D9A">
        <w:rPr>
          <w:rFonts w:hint="eastAsia"/>
          <w:b/>
          <w:bCs/>
          <w:sz w:val="32"/>
          <w:szCs w:val="32"/>
          <w:lang w:eastAsia="ja-JP"/>
        </w:rPr>
        <w:t>☐</w:t>
      </w:r>
      <w:r w:rsidRPr="000D1D9A">
        <w:rPr>
          <w:b/>
          <w:bCs/>
          <w:sz w:val="32"/>
          <w:szCs w:val="32"/>
          <w:lang w:eastAsia="ja-JP"/>
        </w:rPr>
        <w:t>​</w:t>
      </w:r>
      <w:r w:rsidRPr="000D1D9A">
        <w:rPr>
          <w:b/>
          <w:bCs/>
          <w:sz w:val="32"/>
          <w:szCs w:val="32"/>
          <w:lang w:eastAsia="ja-JP"/>
        </w:rPr>
        <w:t xml:space="preserve">　</w:t>
      </w:r>
      <w:r w:rsidRPr="000D1D9A">
        <w:rPr>
          <w:b/>
          <w:bCs/>
          <w:sz w:val="32"/>
          <w:szCs w:val="32"/>
          <w:lang w:eastAsia="ja-JP"/>
        </w:rPr>
        <w:t>I agree to the Funakoshi Privacy Policy below.</w:t>
      </w:r>
    </w:p>
    <w:p w14:paraId="79B27223" w14:textId="77777777" w:rsidR="000D1D9A" w:rsidRPr="000D1D9A" w:rsidRDefault="000D1D9A" w:rsidP="000D1D9A">
      <w:pPr>
        <w:rPr>
          <w:b/>
          <w:bCs/>
          <w:lang w:eastAsia="ja-JP"/>
        </w:rPr>
      </w:pPr>
      <w:r w:rsidRPr="000D1D9A">
        <w:rPr>
          <w:b/>
          <w:bCs/>
          <w:u w:val="single"/>
          <w:lang w:eastAsia="ja-JP"/>
        </w:rPr>
        <w:t>1</w:t>
      </w:r>
      <w:r w:rsidRPr="000D1D9A">
        <w:rPr>
          <w:b/>
          <w:bCs/>
          <w:u w:val="single"/>
          <w:lang w:eastAsia="ja-JP"/>
        </w:rPr>
        <w:t>．</w:t>
      </w:r>
      <w:r w:rsidRPr="000D1D9A">
        <w:rPr>
          <w:b/>
          <w:bCs/>
          <w:u w:val="single"/>
          <w:lang w:eastAsia="ja-JP"/>
        </w:rPr>
        <w:t> Purpose of Use of Personal Information</w:t>
      </w:r>
      <w:r w:rsidRPr="000D1D9A">
        <w:rPr>
          <w:b/>
          <w:bCs/>
          <w:lang w:eastAsia="ja-JP"/>
        </w:rPr>
        <w:t> </w:t>
      </w:r>
    </w:p>
    <w:p w14:paraId="4DD19297" w14:textId="77777777" w:rsidR="000D1D9A" w:rsidRPr="000D1D9A" w:rsidRDefault="000D1D9A" w:rsidP="000D1D9A">
      <w:pPr>
        <w:rPr>
          <w:lang w:eastAsia="ja-JP"/>
        </w:rPr>
      </w:pPr>
      <w:r w:rsidRPr="000D1D9A">
        <w:rPr>
          <w:lang w:eastAsia="ja-JP"/>
        </w:rPr>
        <w:t>Personal information will be used for the following purposes.  </w:t>
      </w:r>
    </w:p>
    <w:p w14:paraId="7BF177A7" w14:textId="77777777" w:rsidR="000D1D9A" w:rsidRPr="000D1D9A" w:rsidRDefault="000D1D9A" w:rsidP="000D1D9A">
      <w:pPr>
        <w:rPr>
          <w:lang w:eastAsia="ja-JP"/>
        </w:rPr>
      </w:pPr>
      <w:r w:rsidRPr="000D1D9A">
        <w:rPr>
          <w:lang w:eastAsia="ja-JP"/>
        </w:rPr>
        <w:t>1) To deliver requested materials (printed materials, direct mail, etc.) </w:t>
      </w:r>
    </w:p>
    <w:p w14:paraId="798848D6" w14:textId="77777777" w:rsidR="000D1D9A" w:rsidRPr="000D1D9A" w:rsidRDefault="000D1D9A" w:rsidP="000D1D9A">
      <w:pPr>
        <w:rPr>
          <w:lang w:eastAsia="ja-JP"/>
        </w:rPr>
      </w:pPr>
      <w:r w:rsidRPr="000D1D9A">
        <w:rPr>
          <w:lang w:eastAsia="ja-JP"/>
        </w:rPr>
        <w:t>2) To provide information on products and services handled by our company </w:t>
      </w:r>
    </w:p>
    <w:p w14:paraId="7C5F2DA7" w14:textId="77777777" w:rsidR="000D1D9A" w:rsidRPr="000D1D9A" w:rsidRDefault="000D1D9A" w:rsidP="000D1D9A">
      <w:pPr>
        <w:rPr>
          <w:lang w:eastAsia="ja-JP"/>
        </w:rPr>
      </w:pPr>
      <w:r w:rsidRPr="000D1D9A">
        <w:rPr>
          <w:lang w:eastAsia="ja-JP"/>
        </w:rPr>
        <w:t>3) To inform you of events (seminars and exhibitions) organized by our company </w:t>
      </w:r>
    </w:p>
    <w:p w14:paraId="6A675FDE" w14:textId="77777777" w:rsidR="000D1D9A" w:rsidRPr="000D1D9A" w:rsidRDefault="000D1D9A" w:rsidP="000D1D9A">
      <w:pPr>
        <w:rPr>
          <w:lang w:eastAsia="ja-JP"/>
        </w:rPr>
      </w:pPr>
      <w:r w:rsidRPr="000D1D9A">
        <w:rPr>
          <w:lang w:eastAsia="ja-JP"/>
        </w:rPr>
        <w:t>4) For various surveys and shipping of prizes </w:t>
      </w:r>
    </w:p>
    <w:p w14:paraId="1AD5BFC3" w14:textId="77777777" w:rsidR="000D1D9A" w:rsidRPr="000D1D9A" w:rsidRDefault="000D1D9A" w:rsidP="000D1D9A">
      <w:pPr>
        <w:rPr>
          <w:lang w:eastAsia="ja-JP"/>
        </w:rPr>
      </w:pPr>
      <w:r w:rsidRPr="000D1D9A">
        <w:rPr>
          <w:lang w:eastAsia="ja-JP"/>
        </w:rPr>
        <w:t>5) To send ordered products directly to customers </w:t>
      </w:r>
    </w:p>
    <w:p w14:paraId="152A55D6" w14:textId="77777777" w:rsidR="000D1D9A" w:rsidRPr="000D1D9A" w:rsidRDefault="000D1D9A" w:rsidP="000D1D9A">
      <w:pPr>
        <w:rPr>
          <w:lang w:eastAsia="ja-JP"/>
        </w:rPr>
      </w:pPr>
      <w:r w:rsidRPr="000D1D9A">
        <w:rPr>
          <w:lang w:eastAsia="ja-JP"/>
        </w:rPr>
        <w:t>6) For after-sales service and repair of products purchased from us </w:t>
      </w:r>
    </w:p>
    <w:p w14:paraId="142BBCD9" w14:textId="77777777" w:rsidR="000D1D9A" w:rsidRPr="000D1D9A" w:rsidRDefault="000D1D9A" w:rsidP="000D1D9A">
      <w:pPr>
        <w:rPr>
          <w:lang w:eastAsia="ja-JP"/>
        </w:rPr>
      </w:pPr>
      <w:r w:rsidRPr="000D1D9A">
        <w:rPr>
          <w:lang w:eastAsia="ja-JP"/>
        </w:rPr>
        <w:t>7) To confirm the intended use of products and services handled by our company </w:t>
      </w:r>
    </w:p>
    <w:p w14:paraId="6CF89CF5" w14:textId="77777777" w:rsidR="000D1D9A" w:rsidRPr="000D1D9A" w:rsidRDefault="000D1D9A" w:rsidP="000D1D9A">
      <w:pPr>
        <w:rPr>
          <w:lang w:eastAsia="ja-JP"/>
        </w:rPr>
      </w:pPr>
      <w:r w:rsidRPr="000D1D9A">
        <w:rPr>
          <w:lang w:eastAsia="ja-JP"/>
        </w:rPr>
        <w:t>8) To analyze and improve the effectiveness of our advertising media (website, email</w:t>
      </w:r>
      <w:r w:rsidRPr="000D1D9A">
        <w:rPr>
          <w:lang w:eastAsia="ja-JP"/>
        </w:rPr>
        <w:t xml:space="preserve">　</w:t>
      </w:r>
      <w:r w:rsidRPr="000D1D9A">
        <w:rPr>
          <w:lang w:eastAsia="ja-JP"/>
        </w:rPr>
        <w:t>magazines, etc.) </w:t>
      </w:r>
    </w:p>
    <w:p w14:paraId="18AA51D3" w14:textId="77777777" w:rsidR="000D1D9A" w:rsidRPr="000D1D9A" w:rsidRDefault="000D1D9A" w:rsidP="000D1D9A">
      <w:pPr>
        <w:rPr>
          <w:lang w:eastAsia="ja-JP"/>
        </w:rPr>
      </w:pPr>
      <w:r w:rsidRPr="000D1D9A">
        <w:rPr>
          <w:lang w:eastAsia="ja-JP"/>
        </w:rPr>
        <w:t>9) For other purposes individually specified in each service of our company </w:t>
      </w:r>
    </w:p>
    <w:p w14:paraId="5911D801" w14:textId="77777777" w:rsidR="000D1D9A" w:rsidRPr="000D1D9A" w:rsidRDefault="000D1D9A" w:rsidP="000D1D9A">
      <w:pPr>
        <w:rPr>
          <w:lang w:eastAsia="ja-JP"/>
        </w:rPr>
      </w:pPr>
      <w:r w:rsidRPr="000D1D9A">
        <w:rPr>
          <w:lang w:eastAsia="ja-JP"/>
        </w:rPr>
        <w:t> </w:t>
      </w:r>
    </w:p>
    <w:p w14:paraId="1C987BBA" w14:textId="77777777" w:rsidR="000D1D9A" w:rsidRPr="000D1D9A" w:rsidRDefault="000D1D9A" w:rsidP="000D1D9A">
      <w:pPr>
        <w:rPr>
          <w:b/>
          <w:bCs/>
          <w:lang w:eastAsia="ja-JP"/>
        </w:rPr>
      </w:pPr>
      <w:r w:rsidRPr="000D1D9A">
        <w:rPr>
          <w:b/>
          <w:bCs/>
          <w:u w:val="single"/>
          <w:lang w:eastAsia="ja-JP"/>
        </w:rPr>
        <w:t>2</w:t>
      </w:r>
      <w:r w:rsidRPr="000D1D9A">
        <w:rPr>
          <w:b/>
          <w:bCs/>
          <w:u w:val="single"/>
          <w:lang w:eastAsia="ja-JP"/>
        </w:rPr>
        <w:t>．</w:t>
      </w:r>
      <w:r w:rsidRPr="000D1D9A">
        <w:rPr>
          <w:b/>
          <w:bCs/>
          <w:u w:val="single"/>
          <w:lang w:eastAsia="ja-JP"/>
        </w:rPr>
        <w:t> Provision of Personal Information to Third Parties</w:t>
      </w:r>
      <w:r w:rsidRPr="000D1D9A">
        <w:rPr>
          <w:b/>
          <w:bCs/>
          <w:lang w:eastAsia="ja-JP"/>
        </w:rPr>
        <w:t> </w:t>
      </w:r>
    </w:p>
    <w:p w14:paraId="20CF4E7D" w14:textId="77777777" w:rsidR="000D1D9A" w:rsidRPr="000D1D9A" w:rsidRDefault="000D1D9A" w:rsidP="000D1D9A">
      <w:pPr>
        <w:rPr>
          <w:lang w:eastAsia="ja-JP"/>
        </w:rPr>
      </w:pPr>
      <w:r w:rsidRPr="000D1D9A">
        <w:rPr>
          <w:lang w:eastAsia="ja-JP"/>
        </w:rPr>
        <w:t>We will provide your personal information to third parties as follows: </w:t>
      </w:r>
    </w:p>
    <w:p w14:paraId="20EEEE26" w14:textId="21D46EFB" w:rsidR="000D1D9A" w:rsidRPr="000D1D9A" w:rsidRDefault="000D1D9A" w:rsidP="000D1D9A">
      <w:pPr>
        <w:rPr>
          <w:lang w:eastAsia="ja-JP"/>
        </w:rPr>
      </w:pPr>
      <w:r w:rsidRPr="000D1D9A">
        <w:rPr>
          <w:u w:val="single"/>
          <w:lang w:eastAsia="ja-JP"/>
        </w:rPr>
        <w:t>1) Recipient of Personal Information</w:t>
      </w:r>
      <w:proofErr w:type="gramStart"/>
      <w:r>
        <w:rPr>
          <w:rFonts w:hint="eastAsia"/>
          <w:lang w:eastAsia="ja-JP"/>
        </w:rPr>
        <w:t>:</w:t>
      </w:r>
      <w:r w:rsidRPr="000D1D9A">
        <w:rPr>
          <w:lang w:eastAsia="ja-JP"/>
        </w:rPr>
        <w:t>  </w:t>
      </w:r>
      <w:proofErr w:type="spellStart"/>
      <w:r w:rsidR="00AB529C">
        <w:rPr>
          <w:rFonts w:hint="eastAsia"/>
          <w:lang w:eastAsia="ja-JP"/>
        </w:rPr>
        <w:t>iBody</w:t>
      </w:r>
      <w:proofErr w:type="spellEnd"/>
      <w:proofErr w:type="gramEnd"/>
      <w:r w:rsidRPr="000D1D9A">
        <w:rPr>
          <w:lang w:eastAsia="ja-JP"/>
        </w:rPr>
        <w:t>, Inc. </w:t>
      </w:r>
    </w:p>
    <w:p w14:paraId="00E7B5C1" w14:textId="77B3908B" w:rsidR="000D1D9A" w:rsidRPr="000D1D9A" w:rsidRDefault="000D1D9A" w:rsidP="000D1D9A">
      <w:pPr>
        <w:rPr>
          <w:lang w:eastAsia="ja-JP"/>
        </w:rPr>
      </w:pPr>
      <w:r w:rsidRPr="000D1D9A">
        <w:rPr>
          <w:u w:val="single"/>
          <w:lang w:eastAsia="ja-JP"/>
        </w:rPr>
        <w:t>2) The personal information to be provided</w:t>
      </w:r>
      <w:r>
        <w:rPr>
          <w:rFonts w:hint="eastAsia"/>
          <w:lang w:eastAsia="ja-JP"/>
        </w:rPr>
        <w:t xml:space="preserve">: </w:t>
      </w:r>
      <w:r w:rsidRPr="000D1D9A">
        <w:rPr>
          <w:lang w:eastAsia="ja-JP"/>
        </w:rPr>
        <w:t>Written personal information </w:t>
      </w:r>
    </w:p>
    <w:p w14:paraId="54344C95" w14:textId="5BD28C34" w:rsidR="000D1D9A" w:rsidRPr="000D1D9A" w:rsidRDefault="000D1D9A" w:rsidP="000D1D9A">
      <w:pPr>
        <w:rPr>
          <w:lang w:eastAsia="ja-JP"/>
        </w:rPr>
      </w:pPr>
      <w:r w:rsidRPr="000D1D9A">
        <w:rPr>
          <w:u w:val="single"/>
          <w:lang w:eastAsia="ja-JP"/>
        </w:rPr>
        <w:t>3) Purpose of Use by the Recipient</w:t>
      </w:r>
      <w:r>
        <w:rPr>
          <w:rFonts w:hint="eastAsia"/>
          <w:lang w:eastAsia="ja-JP"/>
        </w:rPr>
        <w:t>:</w:t>
      </w:r>
    </w:p>
    <w:p w14:paraId="756AD50E" w14:textId="346C82DA" w:rsidR="000D1D9A" w:rsidRPr="000D1D9A" w:rsidRDefault="000D1D9A" w:rsidP="000D1D9A">
      <w:pPr>
        <w:rPr>
          <w:lang w:eastAsia="ja-JP"/>
        </w:rPr>
      </w:pPr>
      <w:r w:rsidRPr="000D1D9A">
        <w:rPr>
          <w:lang w:eastAsia="ja-JP"/>
        </w:rPr>
        <w:t>To confirm customer information, provide information on products and services, and provide technical support </w:t>
      </w:r>
    </w:p>
    <w:p w14:paraId="1E7C7917" w14:textId="77777777" w:rsidR="000D1D9A" w:rsidRPr="000D1D9A" w:rsidRDefault="000D1D9A" w:rsidP="000D1D9A">
      <w:pPr>
        <w:rPr>
          <w:lang w:eastAsia="ja-JP"/>
        </w:rPr>
      </w:pPr>
      <w:r w:rsidRPr="000D1D9A">
        <w:rPr>
          <w:lang w:eastAsia="ja-JP"/>
        </w:rPr>
        <w:t> </w:t>
      </w:r>
    </w:p>
    <w:p w14:paraId="7FFD9823" w14:textId="77777777" w:rsidR="000D1D9A" w:rsidRDefault="000D1D9A" w:rsidP="000D1D9A">
      <w:pPr>
        <w:rPr>
          <w:lang w:eastAsia="ja-JP"/>
        </w:rPr>
      </w:pPr>
      <w:r w:rsidRPr="000D1D9A">
        <w:rPr>
          <w:lang w:eastAsia="ja-JP"/>
        </w:rPr>
        <w:t xml:space="preserve">With the following exceptions, we will not disclose, provide, sell, or share the </w:t>
      </w:r>
      <w:proofErr w:type="gramStart"/>
      <w:r w:rsidRPr="000D1D9A">
        <w:rPr>
          <w:lang w:eastAsia="ja-JP"/>
        </w:rPr>
        <w:t>collected personal</w:t>
      </w:r>
      <w:r>
        <w:rPr>
          <w:rFonts w:hint="eastAsia"/>
          <w:lang w:eastAsia="ja-JP"/>
        </w:rPr>
        <w:t xml:space="preserve"> </w:t>
      </w:r>
      <w:r w:rsidRPr="000D1D9A">
        <w:rPr>
          <w:lang w:eastAsia="ja-JP"/>
        </w:rPr>
        <w:t>information</w:t>
      </w:r>
      <w:proofErr w:type="gramEnd"/>
      <w:r w:rsidRPr="000D1D9A">
        <w:rPr>
          <w:lang w:eastAsia="ja-JP"/>
        </w:rPr>
        <w:t> to third parties without the customer's consent.  </w:t>
      </w:r>
    </w:p>
    <w:p w14:paraId="76AB7498" w14:textId="21922E0E" w:rsidR="000D1D9A" w:rsidRPr="000D1D9A" w:rsidRDefault="000D1D9A" w:rsidP="000D1D9A">
      <w:pPr>
        <w:rPr>
          <w:lang w:eastAsia="ja-JP"/>
        </w:rPr>
      </w:pPr>
      <w:r w:rsidRPr="000D1D9A">
        <w:rPr>
          <w:lang w:eastAsia="ja-JP"/>
        </w:rPr>
        <w:t>However, we may disclose personal information without consent. </w:t>
      </w:r>
    </w:p>
    <w:p w14:paraId="2AA4D5B2" w14:textId="77777777" w:rsidR="000D1D9A" w:rsidRPr="000D1D9A" w:rsidRDefault="000D1D9A" w:rsidP="000D1D9A">
      <w:pPr>
        <w:rPr>
          <w:lang w:eastAsia="ja-JP"/>
        </w:rPr>
      </w:pPr>
      <w:r w:rsidRPr="000D1D9A">
        <w:rPr>
          <w:lang w:eastAsia="ja-JP"/>
        </w:rPr>
        <w:t>1) In cases required by law or in situations involving significant danger to life, health, or property. </w:t>
      </w:r>
    </w:p>
    <w:p w14:paraId="10A6C57D" w14:textId="77777777" w:rsidR="000D1D9A" w:rsidRPr="000D1D9A" w:rsidRDefault="000D1D9A" w:rsidP="000D1D9A">
      <w:pPr>
        <w:rPr>
          <w:lang w:eastAsia="ja-JP"/>
        </w:rPr>
      </w:pPr>
      <w:r w:rsidRPr="000D1D9A">
        <w:rPr>
          <w:lang w:eastAsia="ja-JP"/>
        </w:rPr>
        <w:t> </w:t>
      </w:r>
    </w:p>
    <w:p w14:paraId="68F30C3F" w14:textId="77777777" w:rsidR="000D1D9A" w:rsidRPr="000D1D9A" w:rsidRDefault="000D1D9A" w:rsidP="000D1D9A">
      <w:pPr>
        <w:rPr>
          <w:b/>
          <w:bCs/>
          <w:lang w:eastAsia="ja-JP"/>
        </w:rPr>
      </w:pPr>
      <w:r w:rsidRPr="000D1D9A">
        <w:rPr>
          <w:b/>
          <w:bCs/>
          <w:u w:val="single"/>
          <w:lang w:eastAsia="ja-JP"/>
        </w:rPr>
        <w:t>3</w:t>
      </w:r>
      <w:r w:rsidRPr="000D1D9A">
        <w:rPr>
          <w:b/>
          <w:bCs/>
          <w:u w:val="single"/>
          <w:lang w:eastAsia="ja-JP"/>
        </w:rPr>
        <w:t>．</w:t>
      </w:r>
      <w:r w:rsidRPr="000D1D9A">
        <w:rPr>
          <w:b/>
          <w:bCs/>
          <w:u w:val="single"/>
          <w:lang w:eastAsia="ja-JP"/>
        </w:rPr>
        <w:t>Requests for Disclosure</w:t>
      </w:r>
      <w:r w:rsidRPr="000D1D9A">
        <w:rPr>
          <w:b/>
          <w:bCs/>
          <w:lang w:eastAsia="ja-JP"/>
        </w:rPr>
        <w:t> </w:t>
      </w:r>
    </w:p>
    <w:p w14:paraId="4F29C3CC" w14:textId="77777777" w:rsidR="000D1D9A" w:rsidRPr="000D1D9A" w:rsidRDefault="000D1D9A" w:rsidP="000D1D9A">
      <w:pPr>
        <w:rPr>
          <w:lang w:eastAsia="ja-JP"/>
        </w:rPr>
      </w:pPr>
      <w:r w:rsidRPr="000D1D9A">
        <w:rPr>
          <w:lang w:eastAsia="ja-JP"/>
        </w:rPr>
        <w:t>For inquiries about personal information and requests for disclosure, correction or deletion, please contact the "Personal Information Consultation Desk" below. </w:t>
      </w:r>
    </w:p>
    <w:p w14:paraId="10494D11" w14:textId="4AE16A42" w:rsidR="000D1D9A" w:rsidRPr="000D1D9A" w:rsidRDefault="000D1D9A" w:rsidP="000D1D9A">
      <w:pPr>
        <w:rPr>
          <w:lang w:eastAsia="ja-JP"/>
        </w:rPr>
      </w:pPr>
      <w:r w:rsidRPr="000D1D9A">
        <w:rPr>
          <w:lang w:eastAsia="ja-JP"/>
        </w:rPr>
        <w:t> </w:t>
      </w:r>
    </w:p>
    <w:p w14:paraId="671E447D" w14:textId="636ABE7B" w:rsidR="000D1D9A" w:rsidRPr="000D1D9A" w:rsidRDefault="000D1D9A" w:rsidP="000D1D9A">
      <w:pPr>
        <w:rPr>
          <w:b/>
          <w:bCs/>
          <w:lang w:eastAsia="ja-JP"/>
        </w:rPr>
      </w:pPr>
      <w:r w:rsidRPr="000D1D9A">
        <w:rPr>
          <w:b/>
          <w:bCs/>
          <w:u w:val="single"/>
          <w:lang w:eastAsia="ja-JP"/>
        </w:rPr>
        <w:t>Contact for Personal Information Inquiries:</w:t>
      </w:r>
    </w:p>
    <w:p w14:paraId="0F365BE9" w14:textId="37254200" w:rsidR="000D1D9A" w:rsidRPr="000D1D9A" w:rsidRDefault="000D1D9A" w:rsidP="000D1D9A">
      <w:pPr>
        <w:rPr>
          <w:lang w:eastAsia="ja-JP"/>
        </w:rPr>
      </w:pPr>
      <w:r w:rsidRPr="000D1D9A">
        <w:rPr>
          <w:lang w:eastAsia="ja-JP"/>
        </w:rPr>
        <w:t>Funakoshi Co., Ltd., Export Business Department</w:t>
      </w:r>
    </w:p>
    <w:p w14:paraId="3370ADB9" w14:textId="2B61C6CE" w:rsidR="000D1D9A" w:rsidRPr="000D1D9A" w:rsidRDefault="000D1D9A" w:rsidP="000D1D9A">
      <w:pPr>
        <w:rPr>
          <w:lang w:eastAsia="ja-JP"/>
        </w:rPr>
      </w:pPr>
      <w:r w:rsidRPr="000D1D9A">
        <w:rPr>
          <w:rFonts w:hint="eastAsia"/>
          <w:b/>
          <w:bCs/>
          <w:noProof/>
          <w:lang w:eastAsia="ja-JP"/>
        </w:rPr>
        <w:drawing>
          <wp:anchor distT="0" distB="0" distL="114300" distR="114300" simplePos="0" relativeHeight="251662848" behindDoc="1" locked="0" layoutInCell="1" allowOverlap="1" wp14:anchorId="1099E236" wp14:editId="61CBEE8B">
            <wp:simplePos x="0" y="0"/>
            <wp:positionH relativeFrom="column">
              <wp:posOffset>3175175</wp:posOffset>
            </wp:positionH>
            <wp:positionV relativeFrom="paragraph">
              <wp:posOffset>17867</wp:posOffset>
            </wp:positionV>
            <wp:extent cx="835025" cy="835025"/>
            <wp:effectExtent l="0" t="0" r="3175" b="3175"/>
            <wp:wrapNone/>
            <wp:docPr id="1070933855" name="図 3" descr="QR コード&#10;&#10;AI によって生成されたコンテンツは間違っている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QR コード&#10;&#10;AI によって生成されたコンテンツは間違っている可能性があります。"/>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35025" cy="8350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0D1D9A">
        <w:rPr>
          <w:lang w:eastAsia="ja-JP"/>
        </w:rPr>
        <w:t>Email: export@funakoshi.co.jp</w:t>
      </w:r>
    </w:p>
    <w:p w14:paraId="734EE863" w14:textId="5CB316C2" w:rsidR="000D1D9A" w:rsidRDefault="000D1D9A" w:rsidP="000D1D9A">
      <w:pPr>
        <w:rPr>
          <w:lang w:eastAsia="ja-JP"/>
        </w:rPr>
      </w:pPr>
      <w:r w:rsidRPr="000D1D9A">
        <w:rPr>
          <w:lang w:eastAsia="ja-JP"/>
        </w:rPr>
        <w:t>Address: 2-9-7 Hongo, Bunkyo-</w:t>
      </w:r>
      <w:proofErr w:type="spellStart"/>
      <w:r w:rsidRPr="000D1D9A">
        <w:rPr>
          <w:lang w:eastAsia="ja-JP"/>
        </w:rPr>
        <w:t>ku</w:t>
      </w:r>
      <w:proofErr w:type="spellEnd"/>
      <w:r w:rsidRPr="000D1D9A">
        <w:rPr>
          <w:lang w:eastAsia="ja-JP"/>
        </w:rPr>
        <w:t>, Tokyo 113-0033</w:t>
      </w:r>
    </w:p>
    <w:p w14:paraId="2CA5EF4B" w14:textId="38B86ED8" w:rsidR="000D1D9A" w:rsidRPr="000D1D9A" w:rsidRDefault="000D1D9A" w:rsidP="000D1D9A">
      <w:pPr>
        <w:rPr>
          <w:b/>
          <w:bCs/>
          <w:lang w:eastAsia="ja-JP"/>
        </w:rPr>
      </w:pPr>
      <w:r w:rsidRPr="000D1D9A">
        <w:rPr>
          <w:b/>
          <w:bCs/>
          <w:lang w:eastAsia="ja-JP"/>
        </w:rPr>
        <w:t xml:space="preserve">In </w:t>
      </w:r>
      <w:proofErr w:type="gramStart"/>
      <w:r w:rsidRPr="000D1D9A">
        <w:rPr>
          <w:b/>
          <w:bCs/>
          <w:lang w:eastAsia="ja-JP"/>
        </w:rPr>
        <w:t>details</w:t>
      </w:r>
      <w:proofErr w:type="gramEnd"/>
      <w:r w:rsidRPr="000D1D9A">
        <w:rPr>
          <w:b/>
          <w:bCs/>
          <w:lang w:eastAsia="ja-JP"/>
        </w:rPr>
        <w:t>, please see below.</w:t>
      </w:r>
    </w:p>
    <w:p w14:paraId="2070AC57" w14:textId="1681168F" w:rsidR="000D1D9A" w:rsidRDefault="000D1D9A" w:rsidP="000D1D9A">
      <w:hyperlink r:id="rId9" w:tgtFrame="_blank" w:history="1">
        <w:r w:rsidRPr="000D1D9A">
          <w:rPr>
            <w:rStyle w:val="aff"/>
            <w:lang w:eastAsia="ja-JP"/>
          </w:rPr>
          <w:t>https://www.funakoshi.co.jp/exports/privacy_policy</w:t>
        </w:r>
      </w:hyperlink>
    </w:p>
    <w:p w14:paraId="65BCF70B" w14:textId="77777777" w:rsidR="00A7650E" w:rsidRDefault="00A7650E" w:rsidP="000D1D9A">
      <w:pPr>
        <w:rPr>
          <w:lang w:eastAsia="ja-JP"/>
        </w:rPr>
      </w:pPr>
    </w:p>
    <w:p w14:paraId="096C42C3" w14:textId="77777777" w:rsidR="00A7650E" w:rsidRDefault="00A7650E" w:rsidP="00A7650E">
      <w:pPr>
        <w:jc w:val="center"/>
        <w:rPr>
          <w:b/>
          <w:sz w:val="34"/>
        </w:rPr>
      </w:pPr>
    </w:p>
    <w:p w14:paraId="1EB0EE94" w14:textId="60752729" w:rsidR="00A7650E" w:rsidRDefault="00A7650E" w:rsidP="00A7650E">
      <w:pPr>
        <w:jc w:val="center"/>
      </w:pPr>
      <w:r>
        <w:rPr>
          <w:b/>
          <w:sz w:val="34"/>
        </w:rPr>
        <w:t>Custom Antibody Discovery Request Form</w:t>
      </w:r>
    </w:p>
    <w:p w14:paraId="04BD7704" w14:textId="77777777" w:rsidR="00A7650E" w:rsidRDefault="00A7650E" w:rsidP="00A7650E">
      <w:pPr>
        <w:jc w:val="center"/>
      </w:pPr>
      <w:proofErr w:type="spellStart"/>
      <w:r>
        <w:rPr>
          <w:b/>
          <w:sz w:val="21"/>
        </w:rPr>
        <w:t>iBody</w:t>
      </w:r>
      <w:proofErr w:type="spellEnd"/>
      <w:r>
        <w:rPr>
          <w:b/>
          <w:sz w:val="21"/>
        </w:rPr>
        <w:t xml:space="preserve"> Inc.</w:t>
      </w:r>
    </w:p>
    <w:p w14:paraId="738B805C" w14:textId="77777777" w:rsidR="00A7650E" w:rsidRDefault="00A7650E" w:rsidP="00A7650E">
      <w:pPr>
        <w:spacing w:after="120"/>
      </w:pPr>
      <w:r>
        <w:rPr>
          <w:sz w:val="18"/>
        </w:rPr>
        <w:t xml:space="preserve">Thank you for your interest in </w:t>
      </w:r>
      <w:proofErr w:type="spellStart"/>
      <w:r>
        <w:rPr>
          <w:sz w:val="18"/>
        </w:rPr>
        <w:t>iBody's</w:t>
      </w:r>
      <w:proofErr w:type="spellEnd"/>
      <w:r>
        <w:rPr>
          <w:sz w:val="18"/>
        </w:rPr>
        <w:t xml:space="preserve"> custom antibody discovery service. Please provide some basic information about your project.</w:t>
      </w:r>
    </w:p>
    <w:p w14:paraId="49C83432" w14:textId="77777777" w:rsidR="00A7650E" w:rsidRDefault="00A7650E" w:rsidP="00A7650E">
      <w:pPr>
        <w:spacing w:before="100" w:after="40"/>
      </w:pPr>
      <w:r>
        <w:rPr>
          <w:b/>
        </w:rPr>
        <w:t>1. Contact Information</w:t>
      </w:r>
    </w:p>
    <w:p w14:paraId="208735DC" w14:textId="77777777" w:rsidR="00A7650E" w:rsidRDefault="00A7650E" w:rsidP="00A7650E">
      <w:pPr>
        <w:spacing w:after="20"/>
      </w:pPr>
      <w:r>
        <w:rPr>
          <w:b/>
        </w:rPr>
        <w:t>Name *</w:t>
      </w:r>
    </w:p>
    <w:p w14:paraId="7E2A0EA3" w14:textId="77777777" w:rsidR="00A7650E" w:rsidRDefault="00A7650E" w:rsidP="00A7650E">
      <w:pPr>
        <w:spacing w:after="20" w:line="192" w:lineRule="auto"/>
      </w:pPr>
      <w:r>
        <w:t>____________________________________________________________</w:t>
      </w:r>
    </w:p>
    <w:p w14:paraId="2E807BA0" w14:textId="77777777" w:rsidR="00A7650E" w:rsidRDefault="00A7650E" w:rsidP="00A7650E">
      <w:pPr>
        <w:spacing w:after="20"/>
      </w:pPr>
      <w:r>
        <w:rPr>
          <w:b/>
        </w:rPr>
        <w:t>Company / Organization *</w:t>
      </w:r>
    </w:p>
    <w:p w14:paraId="12137F12" w14:textId="77777777" w:rsidR="00A7650E" w:rsidRDefault="00A7650E" w:rsidP="00A7650E">
      <w:pPr>
        <w:spacing w:after="20" w:line="192" w:lineRule="auto"/>
      </w:pPr>
      <w:r>
        <w:t>____________________________________________________________</w:t>
      </w:r>
    </w:p>
    <w:p w14:paraId="10FE9621" w14:textId="77777777" w:rsidR="00A7650E" w:rsidRDefault="00A7650E" w:rsidP="00A7650E">
      <w:pPr>
        <w:spacing w:after="20"/>
      </w:pPr>
      <w:r>
        <w:rPr>
          <w:b/>
        </w:rPr>
        <w:t>Email *</w:t>
      </w:r>
    </w:p>
    <w:p w14:paraId="11D2397F" w14:textId="77777777" w:rsidR="00A7650E" w:rsidRDefault="00A7650E" w:rsidP="00A7650E">
      <w:pPr>
        <w:spacing w:after="20" w:line="192" w:lineRule="auto"/>
      </w:pPr>
      <w:r>
        <w:t>____________________________________________________________</w:t>
      </w:r>
    </w:p>
    <w:p w14:paraId="27929AB4" w14:textId="06512502" w:rsidR="00D80E96" w:rsidRDefault="00D80E96" w:rsidP="00D80E96">
      <w:pPr>
        <w:spacing w:after="20"/>
      </w:pPr>
      <w:r>
        <w:rPr>
          <w:rFonts w:hint="eastAsia"/>
          <w:b/>
          <w:lang w:eastAsia="ja-JP"/>
        </w:rPr>
        <w:t>Distributor name</w:t>
      </w:r>
      <w:r>
        <w:rPr>
          <w:b/>
        </w:rPr>
        <w:t xml:space="preserve"> *</w:t>
      </w:r>
    </w:p>
    <w:p w14:paraId="10788A67" w14:textId="528C4792" w:rsidR="00FE6A6B" w:rsidRPr="00D80E96" w:rsidRDefault="00D80E96" w:rsidP="00D80E96">
      <w:pPr>
        <w:spacing w:after="20" w:line="192" w:lineRule="auto"/>
        <w:rPr>
          <w:lang w:eastAsia="ja-JP"/>
        </w:rPr>
      </w:pPr>
      <w:r>
        <w:t>____________________________________________________________</w:t>
      </w:r>
    </w:p>
    <w:p w14:paraId="37001342" w14:textId="77777777" w:rsidR="00A13017" w:rsidRDefault="00A13017" w:rsidP="00A7650E">
      <w:pPr>
        <w:spacing w:before="100" w:after="40"/>
        <w:rPr>
          <w:b/>
        </w:rPr>
      </w:pPr>
    </w:p>
    <w:p w14:paraId="48F477E1" w14:textId="75B83617" w:rsidR="00A7650E" w:rsidRDefault="00A7650E" w:rsidP="00A7650E">
      <w:pPr>
        <w:spacing w:before="100" w:after="40"/>
      </w:pPr>
      <w:r>
        <w:rPr>
          <w:b/>
        </w:rPr>
        <w:t>2. Project Information</w:t>
      </w:r>
    </w:p>
    <w:p w14:paraId="65A7DC29" w14:textId="77777777" w:rsidR="00A7650E" w:rsidRDefault="00A7650E" w:rsidP="00A7650E">
      <w:pPr>
        <w:spacing w:after="20"/>
      </w:pPr>
      <w:r>
        <w:rPr>
          <w:b/>
        </w:rPr>
        <w:t>Target Name</w:t>
      </w:r>
      <w:r w:rsidRPr="007B1CB0">
        <w:rPr>
          <w:b/>
        </w:rPr>
        <w:t xml:space="preserve"> (if available for disclosure)</w:t>
      </w:r>
    </w:p>
    <w:p w14:paraId="73B60089" w14:textId="77777777" w:rsidR="00A7650E" w:rsidRDefault="00A7650E" w:rsidP="00A7650E">
      <w:pPr>
        <w:spacing w:after="20" w:line="192" w:lineRule="auto"/>
      </w:pPr>
      <w:r>
        <w:t>____________________________________________________________</w:t>
      </w:r>
    </w:p>
    <w:p w14:paraId="283F7A56" w14:textId="77777777" w:rsidR="00A7650E" w:rsidRDefault="00A7650E" w:rsidP="00A7650E">
      <w:pPr>
        <w:spacing w:after="20"/>
      </w:pPr>
      <w:r>
        <w:rPr>
          <w:b/>
        </w:rPr>
        <w:t>Purpose / Intended Use *</w:t>
      </w:r>
    </w:p>
    <w:p w14:paraId="264504BE" w14:textId="7BBF6DF1" w:rsidR="00A7650E" w:rsidRDefault="00A7650E" w:rsidP="00A7650E">
      <w:pPr>
        <w:spacing w:after="40"/>
        <w:ind w:left="115"/>
      </w:pPr>
      <w:r>
        <w:t>☐</w:t>
      </w:r>
      <w:r w:rsidR="00760699">
        <w:rPr>
          <w:rFonts w:hint="eastAsia"/>
          <w:lang w:eastAsia="ja-JP"/>
        </w:rPr>
        <w:t xml:space="preserve"> Research</w:t>
      </w:r>
      <w:r>
        <w:t xml:space="preserve">   ☐ </w:t>
      </w:r>
      <w:r w:rsidR="00760699">
        <w:t>Drug Discovery</w:t>
      </w:r>
      <w:r>
        <w:t xml:space="preserve">   ☐ Other: __________</w:t>
      </w:r>
    </w:p>
    <w:p w14:paraId="71CE19F7" w14:textId="2FBE9750" w:rsidR="007317E7" w:rsidRDefault="00D80E96" w:rsidP="00A7650E">
      <w:pPr>
        <w:spacing w:after="40"/>
        <w:ind w:left="115"/>
        <w:rPr>
          <w:lang w:eastAsia="ja-JP"/>
        </w:rPr>
      </w:pPr>
      <w:r w:rsidRPr="00D80E96">
        <w:rPr>
          <w:rFonts w:hint="eastAsia"/>
          <w:color w:val="FF0000"/>
          <w:lang w:eastAsia="ja-JP"/>
        </w:rPr>
        <w:t>*</w:t>
      </w:r>
      <w:r>
        <w:rPr>
          <w:rFonts w:hint="eastAsia"/>
          <w:lang w:eastAsia="ja-JP"/>
        </w:rPr>
        <w:t xml:space="preserve"> </w:t>
      </w:r>
      <w:r w:rsidR="007317E7">
        <w:rPr>
          <w:lang w:eastAsia="ja-JP"/>
        </w:rPr>
        <w:t>T</w:t>
      </w:r>
      <w:r w:rsidR="007317E7">
        <w:rPr>
          <w:rFonts w:hint="eastAsia"/>
          <w:lang w:eastAsia="ja-JP"/>
        </w:rPr>
        <w:t>his service is for research use only.</w:t>
      </w:r>
    </w:p>
    <w:p w14:paraId="40D3BC26" w14:textId="50030025" w:rsidR="00A7650E" w:rsidRDefault="00A7650E" w:rsidP="00A7650E">
      <w:pPr>
        <w:spacing w:after="20"/>
      </w:pPr>
      <w:r>
        <w:rPr>
          <w:b/>
        </w:rPr>
        <w:t>Application (if applicable)</w:t>
      </w:r>
    </w:p>
    <w:p w14:paraId="15E5D074" w14:textId="77777777" w:rsidR="00A7650E" w:rsidRDefault="00A7650E" w:rsidP="00A7650E">
      <w:pPr>
        <w:spacing w:after="40"/>
        <w:ind w:left="115"/>
      </w:pPr>
      <w:r>
        <w:t>☐ ELISA / Sandwich ELISA   ☐ Lateral Flow Assay   ☐ Flow Cytometry</w:t>
      </w:r>
    </w:p>
    <w:p w14:paraId="2C7AB308" w14:textId="77777777" w:rsidR="00A7650E" w:rsidRDefault="00A7650E" w:rsidP="00A7650E">
      <w:pPr>
        <w:spacing w:after="40"/>
        <w:ind w:left="115"/>
      </w:pPr>
      <w:r>
        <w:t>☐ IHC / IF   ☐ PK / ADA Assay   ☐ Other: __________________</w:t>
      </w:r>
    </w:p>
    <w:p w14:paraId="7A32F8EB" w14:textId="77777777" w:rsidR="00A7650E" w:rsidRDefault="00A7650E" w:rsidP="00A7650E">
      <w:pPr>
        <w:spacing w:after="0"/>
      </w:pPr>
      <w:r>
        <w:rPr>
          <w:b/>
        </w:rPr>
        <w:t xml:space="preserve">What are you looking for in the antibody?  </w:t>
      </w:r>
      <w:r>
        <w:t>(optional)</w:t>
      </w:r>
    </w:p>
    <w:p w14:paraId="1084465C" w14:textId="77777777" w:rsidR="00A7650E" w:rsidRDefault="00A7650E" w:rsidP="00A7650E">
      <w:pPr>
        <w:spacing w:after="20"/>
      </w:pPr>
      <w:r>
        <w:rPr>
          <w:i/>
          <w:sz w:val="17"/>
        </w:rPr>
        <w:t>e.g., high specificity, high affinity, sandwich pair, discrimination from similar targets</w:t>
      </w:r>
    </w:p>
    <w:p w14:paraId="3D8BFBFB" w14:textId="77777777" w:rsidR="00A7650E" w:rsidRDefault="00A7650E" w:rsidP="00A7650E">
      <w:pPr>
        <w:spacing w:after="20"/>
      </w:pPr>
    </w:p>
    <w:p w14:paraId="3E4EADBE" w14:textId="77777777" w:rsidR="00A7650E" w:rsidRDefault="00A7650E" w:rsidP="00A7650E">
      <w:pPr>
        <w:spacing w:after="20" w:line="192" w:lineRule="auto"/>
      </w:pPr>
      <w:r>
        <w:t>____________________________________________________________</w:t>
      </w:r>
    </w:p>
    <w:p w14:paraId="6B6C1887" w14:textId="77777777" w:rsidR="00A7650E" w:rsidRDefault="00A7650E" w:rsidP="00A7650E">
      <w:pPr>
        <w:spacing w:after="20" w:line="192" w:lineRule="auto"/>
      </w:pPr>
      <w:r>
        <w:t>____________________________________________________________</w:t>
      </w:r>
    </w:p>
    <w:p w14:paraId="2CF5F053" w14:textId="77777777" w:rsidR="00A7650E" w:rsidRDefault="00A7650E" w:rsidP="00A7650E">
      <w:pPr>
        <w:spacing w:after="20"/>
      </w:pPr>
      <w:r>
        <w:rPr>
          <w:b/>
        </w:rPr>
        <w:t>Can you provide the antigen?</w:t>
      </w:r>
    </w:p>
    <w:p w14:paraId="72116E99" w14:textId="77777777" w:rsidR="00A7650E" w:rsidRDefault="00A7650E" w:rsidP="00A7650E">
      <w:pPr>
        <w:spacing w:after="40"/>
        <w:ind w:left="115"/>
      </w:pPr>
      <w:r>
        <w:t>☐ Yes   ☐ No   ☐ To be discussed</w:t>
      </w:r>
    </w:p>
    <w:p w14:paraId="7A1A1D06" w14:textId="77777777" w:rsidR="00FE6A6B" w:rsidRDefault="00FE6A6B" w:rsidP="00FE6A6B">
      <w:pPr>
        <w:spacing w:after="40"/>
        <w:rPr>
          <w:lang w:eastAsia="ja-JP"/>
        </w:rPr>
      </w:pPr>
    </w:p>
    <w:p w14:paraId="4894B001" w14:textId="67A9FAD2" w:rsidR="00FE6A6B" w:rsidRPr="00923CF1" w:rsidRDefault="00FE6A6B" w:rsidP="00FE6A6B">
      <w:pPr>
        <w:spacing w:after="40"/>
        <w:rPr>
          <w:b/>
          <w:bCs/>
          <w:lang w:eastAsia="ja-JP"/>
        </w:rPr>
      </w:pPr>
      <w:r w:rsidRPr="00923CF1">
        <w:rPr>
          <w:rFonts w:hint="eastAsia"/>
          <w:b/>
          <w:bCs/>
          <w:lang w:eastAsia="ja-JP"/>
        </w:rPr>
        <w:t>3. Sample Information</w:t>
      </w:r>
    </w:p>
    <w:p w14:paraId="74907468" w14:textId="3CC21FC0" w:rsidR="00FE6A6B" w:rsidRPr="00923CF1" w:rsidRDefault="00FE6A6B" w:rsidP="00FE6A6B">
      <w:pPr>
        <w:spacing w:after="40"/>
        <w:ind w:firstLineChars="100" w:firstLine="220"/>
        <w:rPr>
          <w:u w:val="single"/>
          <w:lang w:eastAsia="ja-JP"/>
        </w:rPr>
      </w:pPr>
      <w:r w:rsidRPr="00923CF1">
        <w:rPr>
          <w:rFonts w:hint="eastAsia"/>
          <w:lang w:eastAsia="ja-JP"/>
        </w:rPr>
        <w:t xml:space="preserve">Sample type (e.g. </w:t>
      </w:r>
      <w:r w:rsidR="006E094F" w:rsidRPr="00923CF1">
        <w:rPr>
          <w:rFonts w:hint="eastAsia"/>
          <w:lang w:eastAsia="ja-JP"/>
        </w:rPr>
        <w:t xml:space="preserve">Recombinant protein (Antigen), </w:t>
      </w:r>
      <w:r w:rsidRPr="00923CF1">
        <w:rPr>
          <w:rFonts w:hint="eastAsia"/>
          <w:lang w:eastAsia="ja-JP"/>
        </w:rPr>
        <w:t xml:space="preserve">Blood, PMBC): </w:t>
      </w:r>
      <w:r w:rsidRPr="00923CF1">
        <w:t>__________________</w:t>
      </w:r>
      <w:r w:rsidRPr="00923CF1">
        <w:rPr>
          <w:rFonts w:hint="eastAsia"/>
          <w:u w:val="single"/>
          <w:lang w:eastAsia="ja-JP"/>
        </w:rPr>
        <w:t xml:space="preserve"> </w:t>
      </w:r>
    </w:p>
    <w:p w14:paraId="34E6E4D1" w14:textId="0E73F13D" w:rsidR="003E5A1A" w:rsidRPr="00923CF1" w:rsidRDefault="003171D6" w:rsidP="00FE6A6B">
      <w:pPr>
        <w:spacing w:after="40"/>
        <w:ind w:firstLineChars="100" w:firstLine="220"/>
        <w:rPr>
          <w:lang w:eastAsia="ja-JP"/>
        </w:rPr>
      </w:pPr>
      <w:r w:rsidRPr="00923CF1">
        <w:rPr>
          <w:rFonts w:hint="eastAsia"/>
          <w:lang w:eastAsia="ja-JP"/>
        </w:rPr>
        <w:t>Animal</w:t>
      </w:r>
      <w:r w:rsidR="003E5A1A" w:rsidRPr="00923CF1">
        <w:rPr>
          <w:rFonts w:hint="eastAsia"/>
          <w:lang w:eastAsia="ja-JP"/>
        </w:rPr>
        <w:t xml:space="preserve"> species</w:t>
      </w:r>
      <w:r w:rsidR="00107F77" w:rsidRPr="00923CF1">
        <w:rPr>
          <w:rFonts w:hint="eastAsia"/>
          <w:lang w:eastAsia="ja-JP"/>
        </w:rPr>
        <w:t xml:space="preserve"> of </w:t>
      </w:r>
      <w:r w:rsidR="00107F77" w:rsidRPr="00923CF1">
        <w:rPr>
          <w:lang w:eastAsia="ja-JP"/>
        </w:rPr>
        <w:t>th</w:t>
      </w:r>
      <w:r w:rsidR="00107F77" w:rsidRPr="00923CF1">
        <w:rPr>
          <w:rFonts w:hint="eastAsia"/>
          <w:lang w:eastAsia="ja-JP"/>
        </w:rPr>
        <w:t>e sample</w:t>
      </w:r>
      <w:r w:rsidR="003E5A1A" w:rsidRPr="00923CF1">
        <w:rPr>
          <w:rFonts w:hint="eastAsia"/>
          <w:lang w:eastAsia="ja-JP"/>
        </w:rPr>
        <w:t xml:space="preserve"> (e.g. Human, Rabbit): </w:t>
      </w:r>
      <w:r w:rsidR="003E5A1A" w:rsidRPr="00923CF1">
        <w:t>__________________</w:t>
      </w:r>
    </w:p>
    <w:p w14:paraId="655DDCC8" w14:textId="1977F9D8" w:rsidR="00FE6A6B" w:rsidRPr="00923CF1" w:rsidRDefault="00FE6A6B" w:rsidP="00FE6A6B">
      <w:pPr>
        <w:spacing w:after="40"/>
        <w:ind w:firstLineChars="100" w:firstLine="220"/>
        <w:rPr>
          <w:lang w:eastAsia="ja-JP"/>
        </w:rPr>
      </w:pPr>
      <w:r w:rsidRPr="00923CF1">
        <w:rPr>
          <w:lang w:eastAsia="ja-JP"/>
        </w:rPr>
        <w:t>Sample</w:t>
      </w:r>
      <w:r w:rsidRPr="00923CF1">
        <w:rPr>
          <w:rFonts w:hint="eastAsia"/>
          <w:lang w:eastAsia="ja-JP"/>
        </w:rPr>
        <w:t xml:space="preserve"> shipping condition (e.g. Dry ice, Ice packs):  </w:t>
      </w:r>
      <w:r w:rsidRPr="00923CF1">
        <w:t>__________________</w:t>
      </w:r>
    </w:p>
    <w:p w14:paraId="66754399" w14:textId="06A685D8" w:rsidR="00FE6A6B" w:rsidRPr="00923CF1" w:rsidRDefault="00FE6A6B" w:rsidP="00FE6A6B">
      <w:pPr>
        <w:spacing w:after="40"/>
        <w:ind w:firstLineChars="100" w:firstLine="220"/>
        <w:rPr>
          <w:lang w:eastAsia="ja-JP"/>
        </w:rPr>
      </w:pPr>
      <w:r w:rsidRPr="00923CF1">
        <w:rPr>
          <w:rFonts w:hint="eastAsia"/>
          <w:lang w:eastAsia="ja-JP"/>
        </w:rPr>
        <w:t xml:space="preserve">Sample storage temperature (e.g. -80 degree): </w:t>
      </w:r>
      <w:r w:rsidRPr="00923CF1">
        <w:t>__________________</w:t>
      </w:r>
    </w:p>
    <w:p w14:paraId="0704E767" w14:textId="70342035" w:rsidR="00FE6A6B" w:rsidRPr="00923CF1" w:rsidRDefault="00FE6A6B" w:rsidP="00FE6A6B">
      <w:pPr>
        <w:spacing w:after="40"/>
        <w:rPr>
          <w:lang w:eastAsia="ja-JP"/>
        </w:rPr>
      </w:pPr>
      <w:r w:rsidRPr="00923CF1">
        <w:rPr>
          <w:rFonts w:hint="eastAsia"/>
          <w:lang w:eastAsia="ja-JP"/>
        </w:rPr>
        <w:t xml:space="preserve">    Sample buffer </w:t>
      </w:r>
      <w:r w:rsidR="000E5417" w:rsidRPr="00923CF1">
        <w:rPr>
          <w:rFonts w:hint="eastAsia"/>
          <w:lang w:eastAsia="ja-JP"/>
        </w:rPr>
        <w:t xml:space="preserve">composition </w:t>
      </w:r>
      <w:r w:rsidRPr="00923CF1">
        <w:rPr>
          <w:rFonts w:hint="eastAsia"/>
          <w:lang w:eastAsia="ja-JP"/>
        </w:rPr>
        <w:t>if applicable (e.g. PBS</w:t>
      </w:r>
      <w:r w:rsidR="000E5417" w:rsidRPr="00923CF1">
        <w:rPr>
          <w:rFonts w:hint="eastAsia"/>
          <w:lang w:eastAsia="ja-JP"/>
        </w:rPr>
        <w:t xml:space="preserve"> w/o preservative</w:t>
      </w:r>
      <w:r w:rsidRPr="00923CF1">
        <w:rPr>
          <w:rFonts w:hint="eastAsia"/>
          <w:lang w:eastAsia="ja-JP"/>
        </w:rPr>
        <w:t xml:space="preserve">): </w:t>
      </w:r>
      <w:r w:rsidRPr="00923CF1">
        <w:t>__________________</w:t>
      </w:r>
    </w:p>
    <w:p w14:paraId="02C83A5F" w14:textId="06D87C34" w:rsidR="00FF00BD" w:rsidRDefault="00DF7F7A" w:rsidP="00DF7F7A">
      <w:pPr>
        <w:spacing w:after="40"/>
        <w:ind w:firstLineChars="100" w:firstLine="220"/>
        <w:rPr>
          <w:color w:val="FF0000"/>
          <w:lang w:eastAsia="ja-JP"/>
        </w:rPr>
      </w:pPr>
      <w:r>
        <w:t>☐</w:t>
      </w:r>
      <w:r>
        <w:rPr>
          <w:rFonts w:hint="eastAsia"/>
          <w:lang w:eastAsia="ja-JP"/>
        </w:rPr>
        <w:t xml:space="preserve"> </w:t>
      </w:r>
      <w:r w:rsidR="00C615EF">
        <w:rPr>
          <w:rFonts w:hint="eastAsia"/>
          <w:lang w:eastAsia="ja-JP"/>
        </w:rPr>
        <w:t xml:space="preserve"> </w:t>
      </w:r>
      <w:r w:rsidRPr="00FC0543">
        <w:rPr>
          <w:rFonts w:hint="eastAsia"/>
          <w:color w:val="FF0000"/>
          <w:lang w:eastAsia="ja-JP"/>
        </w:rPr>
        <w:t xml:space="preserve"> </w:t>
      </w:r>
      <w:r w:rsidR="00E04C6C" w:rsidRPr="00FC0543">
        <w:rPr>
          <w:rFonts w:hint="eastAsia"/>
          <w:color w:val="FF0000"/>
          <w:lang w:eastAsia="ja-JP"/>
        </w:rPr>
        <w:t>I agree</w:t>
      </w:r>
      <w:r w:rsidR="00FF00BD">
        <w:rPr>
          <w:rFonts w:hint="eastAsia"/>
          <w:color w:val="FF0000"/>
          <w:lang w:eastAsia="ja-JP"/>
        </w:rPr>
        <w:t xml:space="preserve"> that</w:t>
      </w:r>
      <w:r w:rsidR="00E04C6C" w:rsidRPr="00FC0543">
        <w:rPr>
          <w:rFonts w:hint="eastAsia"/>
          <w:color w:val="FF0000"/>
          <w:lang w:eastAsia="ja-JP"/>
        </w:rPr>
        <w:t xml:space="preserve"> t</w:t>
      </w:r>
      <w:r w:rsidRPr="00FC0543">
        <w:rPr>
          <w:rFonts w:hint="eastAsia"/>
          <w:color w:val="FF0000"/>
          <w:lang w:eastAsia="ja-JP"/>
        </w:rPr>
        <w:t>his sample</w:t>
      </w:r>
      <w:r w:rsidR="00E04C6C" w:rsidRPr="00FC0543">
        <w:rPr>
          <w:rFonts w:hint="eastAsia"/>
          <w:color w:val="FF0000"/>
          <w:lang w:eastAsia="ja-JP"/>
        </w:rPr>
        <w:t xml:space="preserve"> </w:t>
      </w:r>
      <w:r w:rsidR="00A657D9" w:rsidRPr="00FC0543">
        <w:rPr>
          <w:rFonts w:hint="eastAsia"/>
          <w:color w:val="FF0000"/>
          <w:lang w:eastAsia="ja-JP"/>
        </w:rPr>
        <w:t>is</w:t>
      </w:r>
      <w:r w:rsidR="005008FF" w:rsidRPr="00FC0543">
        <w:rPr>
          <w:rFonts w:hint="eastAsia"/>
          <w:color w:val="FF0000"/>
          <w:lang w:eastAsia="ja-JP"/>
        </w:rPr>
        <w:t xml:space="preserve"> </w:t>
      </w:r>
      <w:r w:rsidR="001F2AF2">
        <w:rPr>
          <w:rFonts w:hint="eastAsia"/>
          <w:color w:val="FF0000"/>
          <w:lang w:eastAsia="ja-JP"/>
        </w:rPr>
        <w:t>free from contamination</w:t>
      </w:r>
      <w:r w:rsidR="005008FF" w:rsidRPr="00FC0543">
        <w:rPr>
          <w:rFonts w:hint="eastAsia"/>
          <w:color w:val="FF0000"/>
          <w:lang w:eastAsia="ja-JP"/>
        </w:rPr>
        <w:t xml:space="preserve"> and ha</w:t>
      </w:r>
      <w:r w:rsidR="00A657D9" w:rsidRPr="00FC0543">
        <w:rPr>
          <w:rFonts w:hint="eastAsia"/>
          <w:color w:val="FF0000"/>
          <w:lang w:eastAsia="ja-JP"/>
        </w:rPr>
        <w:t>s</w:t>
      </w:r>
      <w:r w:rsidR="005008FF" w:rsidRPr="00FC0543">
        <w:rPr>
          <w:rFonts w:hint="eastAsia"/>
          <w:color w:val="FF0000"/>
          <w:lang w:eastAsia="ja-JP"/>
        </w:rPr>
        <w:t xml:space="preserve"> not been exposed </w:t>
      </w:r>
      <w:r w:rsidR="00241383" w:rsidRPr="00FC0543">
        <w:rPr>
          <w:rFonts w:hint="eastAsia"/>
          <w:color w:val="FF0000"/>
          <w:lang w:eastAsia="ja-JP"/>
        </w:rPr>
        <w:t>to any hazardous</w:t>
      </w:r>
      <w:r w:rsidR="00527D1F" w:rsidRPr="00FC0543">
        <w:rPr>
          <w:rFonts w:hint="eastAsia"/>
          <w:color w:val="FF0000"/>
          <w:lang w:eastAsia="ja-JP"/>
        </w:rPr>
        <w:t xml:space="preserve"> or</w:t>
      </w:r>
    </w:p>
    <w:p w14:paraId="60B5602E" w14:textId="3A2186B2" w:rsidR="00E04C6C" w:rsidRPr="00FC0543" w:rsidRDefault="00527D1F" w:rsidP="00FF00BD">
      <w:pPr>
        <w:spacing w:after="40"/>
        <w:ind w:firstLineChars="200" w:firstLine="440"/>
        <w:rPr>
          <w:color w:val="FF0000"/>
          <w:lang w:eastAsia="ja-JP"/>
        </w:rPr>
      </w:pPr>
      <w:r w:rsidRPr="00FC0543">
        <w:rPr>
          <w:rFonts w:hint="eastAsia"/>
          <w:color w:val="FF0000"/>
          <w:lang w:eastAsia="ja-JP"/>
        </w:rPr>
        <w:t xml:space="preserve"> </w:t>
      </w:r>
      <w:r w:rsidR="00C615EF">
        <w:rPr>
          <w:rFonts w:hint="eastAsia"/>
          <w:color w:val="FF0000"/>
          <w:lang w:eastAsia="ja-JP"/>
        </w:rPr>
        <w:t xml:space="preserve"> </w:t>
      </w:r>
      <w:r w:rsidRPr="00FC0543">
        <w:rPr>
          <w:rFonts w:hint="eastAsia"/>
          <w:color w:val="FF0000"/>
          <w:lang w:eastAsia="ja-JP"/>
        </w:rPr>
        <w:t>infectious</w:t>
      </w:r>
      <w:r w:rsidR="00241383" w:rsidRPr="00FC0543">
        <w:rPr>
          <w:rFonts w:hint="eastAsia"/>
          <w:color w:val="FF0000"/>
          <w:lang w:eastAsia="ja-JP"/>
        </w:rPr>
        <w:t xml:space="preserve"> agents during </w:t>
      </w:r>
      <w:r w:rsidR="000D2B8C">
        <w:rPr>
          <w:rFonts w:hint="eastAsia"/>
          <w:color w:val="FF0000"/>
          <w:lang w:eastAsia="ja-JP"/>
        </w:rPr>
        <w:t>its</w:t>
      </w:r>
      <w:r w:rsidR="00241383" w:rsidRPr="00FC0543">
        <w:rPr>
          <w:rFonts w:hint="eastAsia"/>
          <w:color w:val="FF0000"/>
          <w:lang w:eastAsia="ja-JP"/>
        </w:rPr>
        <w:t xml:space="preserve"> </w:t>
      </w:r>
      <w:r w:rsidR="00241383" w:rsidRPr="00FC0543">
        <w:rPr>
          <w:color w:val="FF0000"/>
          <w:lang w:eastAsia="ja-JP"/>
        </w:rPr>
        <w:t>development</w:t>
      </w:r>
      <w:r w:rsidR="00241383" w:rsidRPr="00FC0543">
        <w:rPr>
          <w:rFonts w:hint="eastAsia"/>
          <w:color w:val="FF0000"/>
          <w:lang w:eastAsia="ja-JP"/>
        </w:rPr>
        <w:t xml:space="preserve">, </w:t>
      </w:r>
      <w:r w:rsidR="00A657D9" w:rsidRPr="00FC0543">
        <w:rPr>
          <w:rFonts w:hint="eastAsia"/>
          <w:color w:val="FF0000"/>
          <w:lang w:eastAsia="ja-JP"/>
        </w:rPr>
        <w:t>processing, or isolation.</w:t>
      </w:r>
    </w:p>
    <w:p w14:paraId="46F7FF8F" w14:textId="56AA5CC2" w:rsidR="000E5417" w:rsidRPr="000E5417" w:rsidRDefault="00DF7F7A" w:rsidP="00DF7F7A">
      <w:pPr>
        <w:spacing w:after="40"/>
        <w:ind w:firstLineChars="100" w:firstLine="220"/>
        <w:rPr>
          <w:lang w:eastAsia="ja-JP"/>
        </w:rPr>
      </w:pPr>
      <w:r>
        <w:rPr>
          <w:rFonts w:hint="eastAsia"/>
          <w:lang w:eastAsia="ja-JP"/>
        </w:rPr>
        <w:t xml:space="preserve"> </w:t>
      </w:r>
    </w:p>
    <w:p w14:paraId="21CCEA9B" w14:textId="7ABFE538" w:rsidR="00A7650E" w:rsidRDefault="00FE6A6B" w:rsidP="00A7650E">
      <w:pPr>
        <w:spacing w:before="100" w:after="40"/>
      </w:pPr>
      <w:r>
        <w:rPr>
          <w:rFonts w:hint="eastAsia"/>
          <w:b/>
          <w:lang w:eastAsia="ja-JP"/>
        </w:rPr>
        <w:t>4</w:t>
      </w:r>
      <w:r w:rsidR="00A7650E">
        <w:rPr>
          <w:b/>
        </w:rPr>
        <w:t>. Additional Information</w:t>
      </w:r>
    </w:p>
    <w:p w14:paraId="4D50FC12" w14:textId="77777777" w:rsidR="00A7650E" w:rsidRDefault="00A7650E" w:rsidP="00A7650E">
      <w:pPr>
        <w:spacing w:after="20"/>
      </w:pPr>
      <w:r>
        <w:rPr>
          <w:b/>
        </w:rPr>
        <w:t xml:space="preserve">Additional requirements or comments </w:t>
      </w:r>
      <w:r>
        <w:t>(optional)</w:t>
      </w:r>
    </w:p>
    <w:p w14:paraId="36E32E7C" w14:textId="77777777" w:rsidR="00A7650E" w:rsidRDefault="00A7650E" w:rsidP="00A7650E">
      <w:pPr>
        <w:spacing w:after="20"/>
      </w:pPr>
    </w:p>
    <w:p w14:paraId="447B0CC2" w14:textId="77777777" w:rsidR="00A7650E" w:rsidRDefault="00A7650E" w:rsidP="00A7650E">
      <w:pPr>
        <w:spacing w:after="20" w:line="192" w:lineRule="auto"/>
      </w:pPr>
      <w:r>
        <w:t>____________________________________________________________</w:t>
      </w:r>
    </w:p>
    <w:p w14:paraId="3FA553C8" w14:textId="77777777" w:rsidR="00A7650E" w:rsidRDefault="00A7650E" w:rsidP="00A7650E">
      <w:pPr>
        <w:spacing w:after="20" w:line="192" w:lineRule="auto"/>
        <w:rPr>
          <w:lang w:eastAsia="ja-JP"/>
        </w:rPr>
      </w:pPr>
      <w:r>
        <w:t>____________________________________________________________</w:t>
      </w:r>
    </w:p>
    <w:sectPr w:rsidR="00A7650E" w:rsidSect="00034616">
      <w:headerReference w:type="default" r:id="rId10"/>
      <w:pgSz w:w="12240" w:h="15840"/>
      <w:pgMar w:top="1037" w:right="1181" w:bottom="1037" w:left="1181" w:header="432"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EF45F0" w14:textId="77777777" w:rsidR="00B22DDA" w:rsidRDefault="00B22DDA" w:rsidP="004632FE">
      <w:pPr>
        <w:spacing w:after="0" w:line="240" w:lineRule="auto"/>
      </w:pPr>
      <w:r>
        <w:separator/>
      </w:r>
    </w:p>
  </w:endnote>
  <w:endnote w:type="continuationSeparator" w:id="0">
    <w:p w14:paraId="21B44924" w14:textId="77777777" w:rsidR="00B22DDA" w:rsidRDefault="00B22DDA" w:rsidP="004632F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ＭＳ 明朝">
    <w:altName w:val="MS Mincho"/>
    <w:panose1 w:val="02020609040205080304"/>
    <w:charset w:val="80"/>
    <w:family w:val="roma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30AE3C" w14:textId="77777777" w:rsidR="00B22DDA" w:rsidRDefault="00B22DDA" w:rsidP="004632FE">
      <w:pPr>
        <w:spacing w:after="0" w:line="240" w:lineRule="auto"/>
      </w:pPr>
      <w:r>
        <w:separator/>
      </w:r>
    </w:p>
  </w:footnote>
  <w:footnote w:type="continuationSeparator" w:id="0">
    <w:p w14:paraId="55B00344" w14:textId="77777777" w:rsidR="00B22DDA" w:rsidRDefault="00B22DDA" w:rsidP="004632F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85B78B" w14:textId="1494A921" w:rsidR="00875A3B" w:rsidRDefault="00875A3B" w:rsidP="00875A3B">
    <w:pPr>
      <w:pStyle w:val="a5"/>
      <w:jc w:val="center"/>
    </w:pPr>
    <w:r>
      <w:rPr>
        <w:noProof/>
      </w:rPr>
      <w:drawing>
        <wp:inline distT="0" distB="0" distL="0" distR="0" wp14:anchorId="0EAFB88B" wp14:editId="073A6C6E">
          <wp:extent cx="1807845" cy="553085"/>
          <wp:effectExtent l="0" t="0" r="1905" b="0"/>
          <wp:docPr id="121889544" name="図 1" descr="ロゴ が含まれている画像&#10;&#10;AI によって生成されたコンテンツは間違っている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889544" name="図 1" descr="ロゴ が含まれている画像&#10;&#10;AI によって生成されたコンテンツは間違っている可能性があります。"/>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07845" cy="55308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16cid:durableId="712392420">
    <w:abstractNumId w:val="8"/>
  </w:num>
  <w:num w:numId="2" w16cid:durableId="852652525">
    <w:abstractNumId w:val="6"/>
  </w:num>
  <w:num w:numId="3" w16cid:durableId="938025756">
    <w:abstractNumId w:val="5"/>
  </w:num>
  <w:num w:numId="4" w16cid:durableId="832794493">
    <w:abstractNumId w:val="4"/>
  </w:num>
  <w:num w:numId="5" w16cid:durableId="1988704569">
    <w:abstractNumId w:val="7"/>
  </w:num>
  <w:num w:numId="6" w16cid:durableId="422066081">
    <w:abstractNumId w:val="3"/>
  </w:num>
  <w:num w:numId="7" w16cid:durableId="577979199">
    <w:abstractNumId w:val="2"/>
  </w:num>
  <w:num w:numId="8" w16cid:durableId="655886391">
    <w:abstractNumId w:val="1"/>
  </w:num>
  <w:num w:numId="9" w16cid:durableId="197756443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720"/>
  <w:characterSpacingControl w:val="doNotCompress"/>
  <w:hdrShapeDefaults>
    <o:shapedefaults v:ext="edit" spidmax="2050">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B4EBA"/>
    <w:rsid w:val="000D1D9A"/>
    <w:rsid w:val="000D2B8C"/>
    <w:rsid w:val="000E5417"/>
    <w:rsid w:val="0010206F"/>
    <w:rsid w:val="00107F77"/>
    <w:rsid w:val="0015074B"/>
    <w:rsid w:val="001968ED"/>
    <w:rsid w:val="001F2AF2"/>
    <w:rsid w:val="00240BD2"/>
    <w:rsid w:val="00241383"/>
    <w:rsid w:val="0029639D"/>
    <w:rsid w:val="003171D6"/>
    <w:rsid w:val="00325A81"/>
    <w:rsid w:val="00326F90"/>
    <w:rsid w:val="00381421"/>
    <w:rsid w:val="003E5A1A"/>
    <w:rsid w:val="00403216"/>
    <w:rsid w:val="004632FE"/>
    <w:rsid w:val="004A53FE"/>
    <w:rsid w:val="005008FF"/>
    <w:rsid w:val="00512C26"/>
    <w:rsid w:val="00527D1F"/>
    <w:rsid w:val="0060789D"/>
    <w:rsid w:val="006B5BB9"/>
    <w:rsid w:val="006E094F"/>
    <w:rsid w:val="007317E7"/>
    <w:rsid w:val="00754C39"/>
    <w:rsid w:val="00760699"/>
    <w:rsid w:val="008365E1"/>
    <w:rsid w:val="0087431B"/>
    <w:rsid w:val="00874E5C"/>
    <w:rsid w:val="00875A3B"/>
    <w:rsid w:val="008C1070"/>
    <w:rsid w:val="008D6C93"/>
    <w:rsid w:val="0091414B"/>
    <w:rsid w:val="00923B2C"/>
    <w:rsid w:val="00923CF1"/>
    <w:rsid w:val="00930965"/>
    <w:rsid w:val="00A01E37"/>
    <w:rsid w:val="00A13017"/>
    <w:rsid w:val="00A22298"/>
    <w:rsid w:val="00A657D9"/>
    <w:rsid w:val="00A7650E"/>
    <w:rsid w:val="00AA1D8D"/>
    <w:rsid w:val="00AB529C"/>
    <w:rsid w:val="00AE41B6"/>
    <w:rsid w:val="00B076FE"/>
    <w:rsid w:val="00B22DDA"/>
    <w:rsid w:val="00B47730"/>
    <w:rsid w:val="00B72BC0"/>
    <w:rsid w:val="00BB68CE"/>
    <w:rsid w:val="00BD31DE"/>
    <w:rsid w:val="00C40FB2"/>
    <w:rsid w:val="00C600AF"/>
    <w:rsid w:val="00C615EF"/>
    <w:rsid w:val="00CB0664"/>
    <w:rsid w:val="00CC758E"/>
    <w:rsid w:val="00D80E96"/>
    <w:rsid w:val="00DC479E"/>
    <w:rsid w:val="00DD6E46"/>
    <w:rsid w:val="00DF7F7A"/>
    <w:rsid w:val="00E00392"/>
    <w:rsid w:val="00E04C6C"/>
    <w:rsid w:val="00E642E8"/>
    <w:rsid w:val="00EF1EEA"/>
    <w:rsid w:val="00FC0543"/>
    <w:rsid w:val="00FC693F"/>
    <w:rsid w:val="00FE3DCE"/>
    <w:rsid w:val="00FE6A6B"/>
    <w:rsid w:val="00FF00BD"/>
    <w:rsid w:val="00FF7C3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v:textbox inset="5.85pt,.7pt,5.85pt,.7pt"/>
    </o:shapedefaults>
    <o:shapelayout v:ext="edit">
      <o:idmap v:ext="edit" data="2"/>
    </o:shapelayout>
  </w:shapeDefaults>
  <w:decimalSymbol w:val="."/>
  <w:listSeparator w:val=","/>
  <w14:docId w14:val="74BD20BD"/>
  <w14:defaultImageDpi w14:val="300"/>
  <w15:docId w15:val="{F96D7C46-22CD-40D4-908F-4F271085AC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pPr>
      <w:spacing w:after="60" w:line="252" w:lineRule="auto"/>
    </w:pPr>
    <w:rPr>
      <w:rFonts w:ascii="Times New Roman" w:hAnsi="Times New Roman"/>
    </w:rPr>
  </w:style>
  <w:style w:type="paragraph" w:styleId="1">
    <w:name w:val="heading 1"/>
    <w:basedOn w:val="a1"/>
    <w:next w:val="a1"/>
    <w:link w:val="10"/>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1">
    <w:name w:val="heading 2"/>
    <w:basedOn w:val="a1"/>
    <w:next w:val="a1"/>
    <w:link w:val="22"/>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ヘッダー (文字)"/>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フッター (文字)"/>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見出し 1 (文字)"/>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見出し 2 (文字)"/>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見出し 3 (文字)"/>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b">
    <w:name w:val="表題 (文字)"/>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d">
    <w:name w:val="副題 (文字)"/>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本文 (文字)"/>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本文 2 (文字)"/>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本文 3 (文字)"/>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マクロ文字列 (文字)"/>
    <w:basedOn w:val="a2"/>
    <w:link w:val="af3"/>
    <w:uiPriority w:val="99"/>
    <w:rsid w:val="0029639D"/>
    <w:rPr>
      <w:rFonts w:ascii="Courier" w:hAnsi="Courier"/>
      <w:sz w:val="20"/>
      <w:szCs w:val="20"/>
    </w:rPr>
  </w:style>
  <w:style w:type="paragraph" w:styleId="af5">
    <w:name w:val="Quote"/>
    <w:basedOn w:val="a1"/>
    <w:next w:val="a1"/>
    <w:link w:val="af6"/>
    <w:uiPriority w:val="29"/>
    <w:qFormat/>
    <w:rsid w:val="00FC693F"/>
    <w:rPr>
      <w:i/>
      <w:iCs/>
      <w:color w:val="000000" w:themeColor="text1"/>
    </w:rPr>
  </w:style>
  <w:style w:type="character" w:customStyle="1" w:styleId="af6">
    <w:name w:val="引用文 (文字)"/>
    <w:basedOn w:val="a2"/>
    <w:link w:val="af5"/>
    <w:uiPriority w:val="29"/>
    <w:rsid w:val="00FC693F"/>
    <w:rPr>
      <w:i/>
      <w:iCs/>
      <w:color w:val="000000" w:themeColor="text1"/>
    </w:rPr>
  </w:style>
  <w:style w:type="character" w:customStyle="1" w:styleId="40">
    <w:name w:val="見出し 4 (文字)"/>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見出し 5 (文字)"/>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見出し 6 (文字)"/>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見出し 7 (文字)"/>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見出し 8 (文字)"/>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見出し 9 (文字)"/>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7">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8">
    <w:name w:val="Strong"/>
    <w:basedOn w:val="a2"/>
    <w:uiPriority w:val="22"/>
    <w:qFormat/>
    <w:rsid w:val="00FC693F"/>
    <w:rPr>
      <w:b/>
      <w:bCs/>
    </w:rPr>
  </w:style>
  <w:style w:type="character" w:styleId="af9">
    <w:name w:val="Emphasis"/>
    <w:basedOn w:val="a2"/>
    <w:uiPriority w:val="20"/>
    <w:qFormat/>
    <w:rsid w:val="00FC693F"/>
    <w:rPr>
      <w:i/>
      <w:iCs/>
    </w:rPr>
  </w:style>
  <w:style w:type="paragraph" w:styleId="27">
    <w:name w:val="Intense Quote"/>
    <w:basedOn w:val="a1"/>
    <w:next w:val="a1"/>
    <w:link w:val="28"/>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28">
    <w:name w:val="引用文 2 (文字)"/>
    <w:basedOn w:val="a2"/>
    <w:link w:val="27"/>
    <w:uiPriority w:val="30"/>
    <w:rsid w:val="00FC693F"/>
    <w:rPr>
      <w:b/>
      <w:bCs/>
      <w:i/>
      <w:iCs/>
      <w:color w:val="4F81BD" w:themeColor="accent1"/>
    </w:rPr>
  </w:style>
  <w:style w:type="character" w:styleId="afa">
    <w:name w:val="Subtle Emphasis"/>
    <w:basedOn w:val="a2"/>
    <w:uiPriority w:val="19"/>
    <w:qFormat/>
    <w:rsid w:val="00FC693F"/>
    <w:rPr>
      <w:i/>
      <w:iCs/>
      <w:color w:val="808080" w:themeColor="text1" w:themeTint="7F"/>
    </w:rPr>
  </w:style>
  <w:style w:type="character" w:styleId="29">
    <w:name w:val="Intense Emphasis"/>
    <w:basedOn w:val="a2"/>
    <w:uiPriority w:val="21"/>
    <w:qFormat/>
    <w:rsid w:val="00FC693F"/>
    <w:rPr>
      <w:b/>
      <w:bCs/>
      <w:i/>
      <w:iCs/>
      <w:color w:val="4F81BD" w:themeColor="accent1"/>
    </w:rPr>
  </w:style>
  <w:style w:type="character" w:styleId="afb">
    <w:name w:val="Subtle Reference"/>
    <w:basedOn w:val="a2"/>
    <w:uiPriority w:val="31"/>
    <w:qFormat/>
    <w:rsid w:val="00FC693F"/>
    <w:rPr>
      <w:smallCaps/>
      <w:color w:val="C0504D" w:themeColor="accent2"/>
      <w:u w:val="single"/>
    </w:rPr>
  </w:style>
  <w:style w:type="character" w:styleId="2a">
    <w:name w:val="Intense Reference"/>
    <w:basedOn w:val="a2"/>
    <w:uiPriority w:val="32"/>
    <w:qFormat/>
    <w:rsid w:val="00FC693F"/>
    <w:rPr>
      <w:b/>
      <w:bCs/>
      <w:smallCaps/>
      <w:color w:val="C0504D" w:themeColor="accent2"/>
      <w:spacing w:val="5"/>
      <w:u w:val="single"/>
    </w:rPr>
  </w:style>
  <w:style w:type="character" w:styleId="afc">
    <w:name w:val="Book Title"/>
    <w:basedOn w:val="a2"/>
    <w:uiPriority w:val="33"/>
    <w:qFormat/>
    <w:rsid w:val="00FC693F"/>
    <w:rPr>
      <w:b/>
      <w:bCs/>
      <w:smallCaps/>
      <w:spacing w:val="5"/>
    </w:rPr>
  </w:style>
  <w:style w:type="paragraph" w:styleId="afd">
    <w:name w:val="TOC Heading"/>
    <w:basedOn w:val="1"/>
    <w:next w:val="a1"/>
    <w:uiPriority w:val="39"/>
    <w:semiHidden/>
    <w:unhideWhenUsed/>
    <w:qFormat/>
    <w:rsid w:val="00FC693F"/>
    <w:pPr>
      <w:outlineLvl w:val="9"/>
    </w:pPr>
  </w:style>
  <w:style w:type="table" w:styleId="afe">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1">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2">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13">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14">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15">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16">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17">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2b">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2c">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d">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2e">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2f">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2f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2f1">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37">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38">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39">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a">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3b">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3c">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3d">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4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42">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43">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44">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45">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46">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47">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51">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2">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3">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4">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5">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6">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7">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61">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62">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63">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64">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65">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66">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67">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71">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72">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73">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74">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75">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76">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77">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82">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83">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4">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85">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86">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87">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1">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92">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93">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94">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95">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96">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97">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100">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10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10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10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10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10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10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110">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11">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11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113">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14">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15">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6">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120">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21">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122">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12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24">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125">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126">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130">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31">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32">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133">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3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35">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136">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140">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41">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42">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43">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4">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4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46">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aff">
    <w:name w:val="Hyperlink"/>
    <w:basedOn w:val="a2"/>
    <w:uiPriority w:val="99"/>
    <w:unhideWhenUsed/>
    <w:rsid w:val="00AE41B6"/>
    <w:rPr>
      <w:color w:val="0000FF" w:themeColor="hyperlink"/>
      <w:u w:val="single"/>
    </w:rPr>
  </w:style>
  <w:style w:type="character" w:styleId="aff0">
    <w:name w:val="Unresolved Mention"/>
    <w:basedOn w:val="a2"/>
    <w:uiPriority w:val="99"/>
    <w:semiHidden/>
    <w:unhideWhenUsed/>
    <w:rsid w:val="00AE41B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7787069">
      <w:bodyDiv w:val="1"/>
      <w:marLeft w:val="0"/>
      <w:marRight w:val="0"/>
      <w:marTop w:val="0"/>
      <w:marBottom w:val="0"/>
      <w:divBdr>
        <w:top w:val="none" w:sz="0" w:space="0" w:color="auto"/>
        <w:left w:val="none" w:sz="0" w:space="0" w:color="auto"/>
        <w:bottom w:val="none" w:sz="0" w:space="0" w:color="auto"/>
        <w:right w:val="none" w:sz="0" w:space="0" w:color="auto"/>
      </w:divBdr>
      <w:divsChild>
        <w:div w:id="528108588">
          <w:marLeft w:val="0"/>
          <w:marRight w:val="0"/>
          <w:marTop w:val="0"/>
          <w:marBottom w:val="0"/>
          <w:divBdr>
            <w:top w:val="none" w:sz="0" w:space="0" w:color="auto"/>
            <w:left w:val="none" w:sz="0" w:space="0" w:color="auto"/>
            <w:bottom w:val="none" w:sz="0" w:space="0" w:color="auto"/>
            <w:right w:val="none" w:sz="0" w:space="0" w:color="auto"/>
          </w:divBdr>
        </w:div>
        <w:div w:id="1590459464">
          <w:marLeft w:val="0"/>
          <w:marRight w:val="0"/>
          <w:marTop w:val="0"/>
          <w:marBottom w:val="0"/>
          <w:divBdr>
            <w:top w:val="none" w:sz="0" w:space="0" w:color="auto"/>
            <w:left w:val="none" w:sz="0" w:space="0" w:color="auto"/>
            <w:bottom w:val="none" w:sz="0" w:space="0" w:color="auto"/>
            <w:right w:val="none" w:sz="0" w:space="0" w:color="auto"/>
          </w:divBdr>
        </w:div>
        <w:div w:id="1977562640">
          <w:marLeft w:val="0"/>
          <w:marRight w:val="0"/>
          <w:marTop w:val="0"/>
          <w:marBottom w:val="0"/>
          <w:divBdr>
            <w:top w:val="none" w:sz="0" w:space="0" w:color="auto"/>
            <w:left w:val="none" w:sz="0" w:space="0" w:color="auto"/>
            <w:bottom w:val="none" w:sz="0" w:space="0" w:color="auto"/>
            <w:right w:val="none" w:sz="0" w:space="0" w:color="auto"/>
          </w:divBdr>
        </w:div>
        <w:div w:id="620846837">
          <w:marLeft w:val="0"/>
          <w:marRight w:val="0"/>
          <w:marTop w:val="0"/>
          <w:marBottom w:val="0"/>
          <w:divBdr>
            <w:top w:val="none" w:sz="0" w:space="0" w:color="auto"/>
            <w:left w:val="none" w:sz="0" w:space="0" w:color="auto"/>
            <w:bottom w:val="none" w:sz="0" w:space="0" w:color="auto"/>
            <w:right w:val="none" w:sz="0" w:space="0" w:color="auto"/>
          </w:divBdr>
        </w:div>
        <w:div w:id="1913853648">
          <w:marLeft w:val="0"/>
          <w:marRight w:val="0"/>
          <w:marTop w:val="0"/>
          <w:marBottom w:val="0"/>
          <w:divBdr>
            <w:top w:val="none" w:sz="0" w:space="0" w:color="auto"/>
            <w:left w:val="none" w:sz="0" w:space="0" w:color="auto"/>
            <w:bottom w:val="none" w:sz="0" w:space="0" w:color="auto"/>
            <w:right w:val="none" w:sz="0" w:space="0" w:color="auto"/>
          </w:divBdr>
        </w:div>
        <w:div w:id="1024674941">
          <w:marLeft w:val="0"/>
          <w:marRight w:val="0"/>
          <w:marTop w:val="0"/>
          <w:marBottom w:val="0"/>
          <w:divBdr>
            <w:top w:val="none" w:sz="0" w:space="0" w:color="auto"/>
            <w:left w:val="none" w:sz="0" w:space="0" w:color="auto"/>
            <w:bottom w:val="none" w:sz="0" w:space="0" w:color="auto"/>
            <w:right w:val="none" w:sz="0" w:space="0" w:color="auto"/>
          </w:divBdr>
        </w:div>
        <w:div w:id="1691951725">
          <w:marLeft w:val="0"/>
          <w:marRight w:val="0"/>
          <w:marTop w:val="0"/>
          <w:marBottom w:val="0"/>
          <w:divBdr>
            <w:top w:val="none" w:sz="0" w:space="0" w:color="auto"/>
            <w:left w:val="none" w:sz="0" w:space="0" w:color="auto"/>
            <w:bottom w:val="none" w:sz="0" w:space="0" w:color="auto"/>
            <w:right w:val="none" w:sz="0" w:space="0" w:color="auto"/>
          </w:divBdr>
        </w:div>
        <w:div w:id="842163191">
          <w:marLeft w:val="0"/>
          <w:marRight w:val="0"/>
          <w:marTop w:val="0"/>
          <w:marBottom w:val="0"/>
          <w:divBdr>
            <w:top w:val="none" w:sz="0" w:space="0" w:color="auto"/>
            <w:left w:val="none" w:sz="0" w:space="0" w:color="auto"/>
            <w:bottom w:val="none" w:sz="0" w:space="0" w:color="auto"/>
            <w:right w:val="none" w:sz="0" w:space="0" w:color="auto"/>
          </w:divBdr>
        </w:div>
        <w:div w:id="603608696">
          <w:marLeft w:val="0"/>
          <w:marRight w:val="0"/>
          <w:marTop w:val="0"/>
          <w:marBottom w:val="0"/>
          <w:divBdr>
            <w:top w:val="none" w:sz="0" w:space="0" w:color="auto"/>
            <w:left w:val="none" w:sz="0" w:space="0" w:color="auto"/>
            <w:bottom w:val="none" w:sz="0" w:space="0" w:color="auto"/>
            <w:right w:val="none" w:sz="0" w:space="0" w:color="auto"/>
          </w:divBdr>
        </w:div>
        <w:div w:id="1409811664">
          <w:marLeft w:val="0"/>
          <w:marRight w:val="0"/>
          <w:marTop w:val="0"/>
          <w:marBottom w:val="0"/>
          <w:divBdr>
            <w:top w:val="none" w:sz="0" w:space="0" w:color="auto"/>
            <w:left w:val="none" w:sz="0" w:space="0" w:color="auto"/>
            <w:bottom w:val="none" w:sz="0" w:space="0" w:color="auto"/>
            <w:right w:val="none" w:sz="0" w:space="0" w:color="auto"/>
          </w:divBdr>
        </w:div>
        <w:div w:id="536817569">
          <w:marLeft w:val="0"/>
          <w:marRight w:val="0"/>
          <w:marTop w:val="0"/>
          <w:marBottom w:val="0"/>
          <w:divBdr>
            <w:top w:val="none" w:sz="0" w:space="0" w:color="auto"/>
            <w:left w:val="none" w:sz="0" w:space="0" w:color="auto"/>
            <w:bottom w:val="none" w:sz="0" w:space="0" w:color="auto"/>
            <w:right w:val="none" w:sz="0" w:space="0" w:color="auto"/>
          </w:divBdr>
        </w:div>
        <w:div w:id="1370951083">
          <w:marLeft w:val="0"/>
          <w:marRight w:val="0"/>
          <w:marTop w:val="0"/>
          <w:marBottom w:val="0"/>
          <w:divBdr>
            <w:top w:val="none" w:sz="0" w:space="0" w:color="auto"/>
            <w:left w:val="none" w:sz="0" w:space="0" w:color="auto"/>
            <w:bottom w:val="none" w:sz="0" w:space="0" w:color="auto"/>
            <w:right w:val="none" w:sz="0" w:space="0" w:color="auto"/>
          </w:divBdr>
        </w:div>
        <w:div w:id="1786655815">
          <w:marLeft w:val="0"/>
          <w:marRight w:val="0"/>
          <w:marTop w:val="0"/>
          <w:marBottom w:val="0"/>
          <w:divBdr>
            <w:top w:val="none" w:sz="0" w:space="0" w:color="auto"/>
            <w:left w:val="none" w:sz="0" w:space="0" w:color="auto"/>
            <w:bottom w:val="none" w:sz="0" w:space="0" w:color="auto"/>
            <w:right w:val="none" w:sz="0" w:space="0" w:color="auto"/>
          </w:divBdr>
        </w:div>
        <w:div w:id="246310356">
          <w:marLeft w:val="0"/>
          <w:marRight w:val="0"/>
          <w:marTop w:val="0"/>
          <w:marBottom w:val="0"/>
          <w:divBdr>
            <w:top w:val="none" w:sz="0" w:space="0" w:color="auto"/>
            <w:left w:val="none" w:sz="0" w:space="0" w:color="auto"/>
            <w:bottom w:val="none" w:sz="0" w:space="0" w:color="auto"/>
            <w:right w:val="none" w:sz="0" w:space="0" w:color="auto"/>
          </w:divBdr>
        </w:div>
        <w:div w:id="730689813">
          <w:marLeft w:val="0"/>
          <w:marRight w:val="0"/>
          <w:marTop w:val="0"/>
          <w:marBottom w:val="0"/>
          <w:divBdr>
            <w:top w:val="none" w:sz="0" w:space="0" w:color="auto"/>
            <w:left w:val="none" w:sz="0" w:space="0" w:color="auto"/>
            <w:bottom w:val="none" w:sz="0" w:space="0" w:color="auto"/>
            <w:right w:val="none" w:sz="0" w:space="0" w:color="auto"/>
          </w:divBdr>
        </w:div>
        <w:div w:id="1389038421">
          <w:marLeft w:val="0"/>
          <w:marRight w:val="0"/>
          <w:marTop w:val="0"/>
          <w:marBottom w:val="0"/>
          <w:divBdr>
            <w:top w:val="none" w:sz="0" w:space="0" w:color="auto"/>
            <w:left w:val="none" w:sz="0" w:space="0" w:color="auto"/>
            <w:bottom w:val="none" w:sz="0" w:space="0" w:color="auto"/>
            <w:right w:val="none" w:sz="0" w:space="0" w:color="auto"/>
          </w:divBdr>
        </w:div>
        <w:div w:id="912547112">
          <w:marLeft w:val="0"/>
          <w:marRight w:val="0"/>
          <w:marTop w:val="0"/>
          <w:marBottom w:val="0"/>
          <w:divBdr>
            <w:top w:val="none" w:sz="0" w:space="0" w:color="auto"/>
            <w:left w:val="none" w:sz="0" w:space="0" w:color="auto"/>
            <w:bottom w:val="none" w:sz="0" w:space="0" w:color="auto"/>
            <w:right w:val="none" w:sz="0" w:space="0" w:color="auto"/>
          </w:divBdr>
        </w:div>
        <w:div w:id="1646935189">
          <w:marLeft w:val="0"/>
          <w:marRight w:val="0"/>
          <w:marTop w:val="0"/>
          <w:marBottom w:val="0"/>
          <w:divBdr>
            <w:top w:val="none" w:sz="0" w:space="0" w:color="auto"/>
            <w:left w:val="none" w:sz="0" w:space="0" w:color="auto"/>
            <w:bottom w:val="none" w:sz="0" w:space="0" w:color="auto"/>
            <w:right w:val="none" w:sz="0" w:space="0" w:color="auto"/>
          </w:divBdr>
        </w:div>
        <w:div w:id="965548708">
          <w:marLeft w:val="0"/>
          <w:marRight w:val="0"/>
          <w:marTop w:val="0"/>
          <w:marBottom w:val="0"/>
          <w:divBdr>
            <w:top w:val="none" w:sz="0" w:space="0" w:color="auto"/>
            <w:left w:val="none" w:sz="0" w:space="0" w:color="auto"/>
            <w:bottom w:val="none" w:sz="0" w:space="0" w:color="auto"/>
            <w:right w:val="none" w:sz="0" w:space="0" w:color="auto"/>
          </w:divBdr>
        </w:div>
        <w:div w:id="300841851">
          <w:marLeft w:val="0"/>
          <w:marRight w:val="0"/>
          <w:marTop w:val="0"/>
          <w:marBottom w:val="0"/>
          <w:divBdr>
            <w:top w:val="none" w:sz="0" w:space="0" w:color="auto"/>
            <w:left w:val="none" w:sz="0" w:space="0" w:color="auto"/>
            <w:bottom w:val="none" w:sz="0" w:space="0" w:color="auto"/>
            <w:right w:val="none" w:sz="0" w:space="0" w:color="auto"/>
          </w:divBdr>
        </w:div>
        <w:div w:id="954867625">
          <w:marLeft w:val="0"/>
          <w:marRight w:val="0"/>
          <w:marTop w:val="0"/>
          <w:marBottom w:val="0"/>
          <w:divBdr>
            <w:top w:val="none" w:sz="0" w:space="0" w:color="auto"/>
            <w:left w:val="none" w:sz="0" w:space="0" w:color="auto"/>
            <w:bottom w:val="none" w:sz="0" w:space="0" w:color="auto"/>
            <w:right w:val="none" w:sz="0" w:space="0" w:color="auto"/>
          </w:divBdr>
        </w:div>
        <w:div w:id="572666022">
          <w:marLeft w:val="0"/>
          <w:marRight w:val="0"/>
          <w:marTop w:val="0"/>
          <w:marBottom w:val="0"/>
          <w:divBdr>
            <w:top w:val="none" w:sz="0" w:space="0" w:color="auto"/>
            <w:left w:val="none" w:sz="0" w:space="0" w:color="auto"/>
            <w:bottom w:val="none" w:sz="0" w:space="0" w:color="auto"/>
            <w:right w:val="none" w:sz="0" w:space="0" w:color="auto"/>
          </w:divBdr>
        </w:div>
        <w:div w:id="1835680079">
          <w:marLeft w:val="0"/>
          <w:marRight w:val="0"/>
          <w:marTop w:val="0"/>
          <w:marBottom w:val="0"/>
          <w:divBdr>
            <w:top w:val="none" w:sz="0" w:space="0" w:color="auto"/>
            <w:left w:val="none" w:sz="0" w:space="0" w:color="auto"/>
            <w:bottom w:val="none" w:sz="0" w:space="0" w:color="auto"/>
            <w:right w:val="none" w:sz="0" w:space="0" w:color="auto"/>
          </w:divBdr>
        </w:div>
        <w:div w:id="224950385">
          <w:marLeft w:val="0"/>
          <w:marRight w:val="0"/>
          <w:marTop w:val="0"/>
          <w:marBottom w:val="0"/>
          <w:divBdr>
            <w:top w:val="none" w:sz="0" w:space="0" w:color="auto"/>
            <w:left w:val="none" w:sz="0" w:space="0" w:color="auto"/>
            <w:bottom w:val="none" w:sz="0" w:space="0" w:color="auto"/>
            <w:right w:val="none" w:sz="0" w:space="0" w:color="auto"/>
          </w:divBdr>
        </w:div>
        <w:div w:id="699478881">
          <w:marLeft w:val="0"/>
          <w:marRight w:val="0"/>
          <w:marTop w:val="0"/>
          <w:marBottom w:val="0"/>
          <w:divBdr>
            <w:top w:val="none" w:sz="0" w:space="0" w:color="auto"/>
            <w:left w:val="none" w:sz="0" w:space="0" w:color="auto"/>
            <w:bottom w:val="none" w:sz="0" w:space="0" w:color="auto"/>
            <w:right w:val="none" w:sz="0" w:space="0" w:color="auto"/>
          </w:divBdr>
        </w:div>
        <w:div w:id="873267689">
          <w:marLeft w:val="0"/>
          <w:marRight w:val="0"/>
          <w:marTop w:val="0"/>
          <w:marBottom w:val="0"/>
          <w:divBdr>
            <w:top w:val="none" w:sz="0" w:space="0" w:color="auto"/>
            <w:left w:val="none" w:sz="0" w:space="0" w:color="auto"/>
            <w:bottom w:val="none" w:sz="0" w:space="0" w:color="auto"/>
            <w:right w:val="none" w:sz="0" w:space="0" w:color="auto"/>
          </w:divBdr>
        </w:div>
        <w:div w:id="1562058975">
          <w:marLeft w:val="0"/>
          <w:marRight w:val="0"/>
          <w:marTop w:val="0"/>
          <w:marBottom w:val="0"/>
          <w:divBdr>
            <w:top w:val="none" w:sz="0" w:space="0" w:color="auto"/>
            <w:left w:val="none" w:sz="0" w:space="0" w:color="auto"/>
            <w:bottom w:val="none" w:sz="0" w:space="0" w:color="auto"/>
            <w:right w:val="none" w:sz="0" w:space="0" w:color="auto"/>
          </w:divBdr>
        </w:div>
        <w:div w:id="273100852">
          <w:marLeft w:val="0"/>
          <w:marRight w:val="0"/>
          <w:marTop w:val="0"/>
          <w:marBottom w:val="0"/>
          <w:divBdr>
            <w:top w:val="none" w:sz="0" w:space="0" w:color="auto"/>
            <w:left w:val="none" w:sz="0" w:space="0" w:color="auto"/>
            <w:bottom w:val="none" w:sz="0" w:space="0" w:color="auto"/>
            <w:right w:val="none" w:sz="0" w:space="0" w:color="auto"/>
          </w:divBdr>
        </w:div>
        <w:div w:id="1112281218">
          <w:marLeft w:val="0"/>
          <w:marRight w:val="0"/>
          <w:marTop w:val="0"/>
          <w:marBottom w:val="0"/>
          <w:divBdr>
            <w:top w:val="none" w:sz="0" w:space="0" w:color="auto"/>
            <w:left w:val="none" w:sz="0" w:space="0" w:color="auto"/>
            <w:bottom w:val="none" w:sz="0" w:space="0" w:color="auto"/>
            <w:right w:val="none" w:sz="0" w:space="0" w:color="auto"/>
          </w:divBdr>
        </w:div>
        <w:div w:id="1600260838">
          <w:marLeft w:val="0"/>
          <w:marRight w:val="0"/>
          <w:marTop w:val="0"/>
          <w:marBottom w:val="0"/>
          <w:divBdr>
            <w:top w:val="none" w:sz="0" w:space="0" w:color="auto"/>
            <w:left w:val="none" w:sz="0" w:space="0" w:color="auto"/>
            <w:bottom w:val="none" w:sz="0" w:space="0" w:color="auto"/>
            <w:right w:val="none" w:sz="0" w:space="0" w:color="auto"/>
          </w:divBdr>
        </w:div>
        <w:div w:id="392894628">
          <w:marLeft w:val="0"/>
          <w:marRight w:val="0"/>
          <w:marTop w:val="0"/>
          <w:marBottom w:val="0"/>
          <w:divBdr>
            <w:top w:val="none" w:sz="0" w:space="0" w:color="auto"/>
            <w:left w:val="none" w:sz="0" w:space="0" w:color="auto"/>
            <w:bottom w:val="none" w:sz="0" w:space="0" w:color="auto"/>
            <w:right w:val="none" w:sz="0" w:space="0" w:color="auto"/>
          </w:divBdr>
        </w:div>
        <w:div w:id="1620603999">
          <w:marLeft w:val="0"/>
          <w:marRight w:val="0"/>
          <w:marTop w:val="0"/>
          <w:marBottom w:val="0"/>
          <w:divBdr>
            <w:top w:val="none" w:sz="0" w:space="0" w:color="auto"/>
            <w:left w:val="none" w:sz="0" w:space="0" w:color="auto"/>
            <w:bottom w:val="none" w:sz="0" w:space="0" w:color="auto"/>
            <w:right w:val="none" w:sz="0" w:space="0" w:color="auto"/>
          </w:divBdr>
        </w:div>
        <w:div w:id="261181758">
          <w:marLeft w:val="0"/>
          <w:marRight w:val="0"/>
          <w:marTop w:val="0"/>
          <w:marBottom w:val="0"/>
          <w:divBdr>
            <w:top w:val="none" w:sz="0" w:space="0" w:color="auto"/>
            <w:left w:val="none" w:sz="0" w:space="0" w:color="auto"/>
            <w:bottom w:val="none" w:sz="0" w:space="0" w:color="auto"/>
            <w:right w:val="none" w:sz="0" w:space="0" w:color="auto"/>
          </w:divBdr>
        </w:div>
        <w:div w:id="1165246315">
          <w:marLeft w:val="0"/>
          <w:marRight w:val="0"/>
          <w:marTop w:val="0"/>
          <w:marBottom w:val="0"/>
          <w:divBdr>
            <w:top w:val="none" w:sz="0" w:space="0" w:color="auto"/>
            <w:left w:val="none" w:sz="0" w:space="0" w:color="auto"/>
            <w:bottom w:val="none" w:sz="0" w:space="0" w:color="auto"/>
            <w:right w:val="none" w:sz="0" w:space="0" w:color="auto"/>
          </w:divBdr>
        </w:div>
        <w:div w:id="367992301">
          <w:marLeft w:val="0"/>
          <w:marRight w:val="0"/>
          <w:marTop w:val="0"/>
          <w:marBottom w:val="0"/>
          <w:divBdr>
            <w:top w:val="none" w:sz="0" w:space="0" w:color="auto"/>
            <w:left w:val="none" w:sz="0" w:space="0" w:color="auto"/>
            <w:bottom w:val="none" w:sz="0" w:space="0" w:color="auto"/>
            <w:right w:val="none" w:sz="0" w:space="0" w:color="auto"/>
          </w:divBdr>
        </w:div>
        <w:div w:id="654725232">
          <w:marLeft w:val="0"/>
          <w:marRight w:val="0"/>
          <w:marTop w:val="0"/>
          <w:marBottom w:val="0"/>
          <w:divBdr>
            <w:top w:val="none" w:sz="0" w:space="0" w:color="auto"/>
            <w:left w:val="none" w:sz="0" w:space="0" w:color="auto"/>
            <w:bottom w:val="none" w:sz="0" w:space="0" w:color="auto"/>
            <w:right w:val="none" w:sz="0" w:space="0" w:color="auto"/>
          </w:divBdr>
        </w:div>
        <w:div w:id="1906645468">
          <w:marLeft w:val="0"/>
          <w:marRight w:val="0"/>
          <w:marTop w:val="0"/>
          <w:marBottom w:val="0"/>
          <w:divBdr>
            <w:top w:val="none" w:sz="0" w:space="0" w:color="auto"/>
            <w:left w:val="none" w:sz="0" w:space="0" w:color="auto"/>
            <w:bottom w:val="none" w:sz="0" w:space="0" w:color="auto"/>
            <w:right w:val="none" w:sz="0" w:space="0" w:color="auto"/>
          </w:divBdr>
        </w:div>
        <w:div w:id="579171228">
          <w:marLeft w:val="0"/>
          <w:marRight w:val="0"/>
          <w:marTop w:val="0"/>
          <w:marBottom w:val="0"/>
          <w:divBdr>
            <w:top w:val="none" w:sz="0" w:space="0" w:color="auto"/>
            <w:left w:val="none" w:sz="0" w:space="0" w:color="auto"/>
            <w:bottom w:val="none" w:sz="0" w:space="0" w:color="auto"/>
            <w:right w:val="none" w:sz="0" w:space="0" w:color="auto"/>
          </w:divBdr>
        </w:div>
        <w:div w:id="1519418685">
          <w:marLeft w:val="0"/>
          <w:marRight w:val="0"/>
          <w:marTop w:val="0"/>
          <w:marBottom w:val="0"/>
          <w:divBdr>
            <w:top w:val="none" w:sz="0" w:space="0" w:color="auto"/>
            <w:left w:val="none" w:sz="0" w:space="0" w:color="auto"/>
            <w:bottom w:val="none" w:sz="0" w:space="0" w:color="auto"/>
            <w:right w:val="none" w:sz="0" w:space="0" w:color="auto"/>
          </w:divBdr>
        </w:div>
        <w:div w:id="1066881795">
          <w:marLeft w:val="0"/>
          <w:marRight w:val="0"/>
          <w:marTop w:val="0"/>
          <w:marBottom w:val="0"/>
          <w:divBdr>
            <w:top w:val="none" w:sz="0" w:space="0" w:color="auto"/>
            <w:left w:val="none" w:sz="0" w:space="0" w:color="auto"/>
            <w:bottom w:val="none" w:sz="0" w:space="0" w:color="auto"/>
            <w:right w:val="none" w:sz="0" w:space="0" w:color="auto"/>
          </w:divBdr>
        </w:div>
        <w:div w:id="1092433872">
          <w:marLeft w:val="0"/>
          <w:marRight w:val="0"/>
          <w:marTop w:val="0"/>
          <w:marBottom w:val="0"/>
          <w:divBdr>
            <w:top w:val="none" w:sz="0" w:space="0" w:color="auto"/>
            <w:left w:val="none" w:sz="0" w:space="0" w:color="auto"/>
            <w:bottom w:val="none" w:sz="0" w:space="0" w:color="auto"/>
            <w:right w:val="none" w:sz="0" w:space="0" w:color="auto"/>
          </w:divBdr>
        </w:div>
        <w:div w:id="1292133220">
          <w:marLeft w:val="0"/>
          <w:marRight w:val="0"/>
          <w:marTop w:val="0"/>
          <w:marBottom w:val="0"/>
          <w:divBdr>
            <w:top w:val="none" w:sz="0" w:space="0" w:color="auto"/>
            <w:left w:val="none" w:sz="0" w:space="0" w:color="auto"/>
            <w:bottom w:val="none" w:sz="0" w:space="0" w:color="auto"/>
            <w:right w:val="none" w:sz="0" w:space="0" w:color="auto"/>
          </w:divBdr>
        </w:div>
      </w:divsChild>
    </w:div>
    <w:div w:id="730545466">
      <w:bodyDiv w:val="1"/>
      <w:marLeft w:val="0"/>
      <w:marRight w:val="0"/>
      <w:marTop w:val="0"/>
      <w:marBottom w:val="0"/>
      <w:divBdr>
        <w:top w:val="none" w:sz="0" w:space="0" w:color="auto"/>
        <w:left w:val="none" w:sz="0" w:space="0" w:color="auto"/>
        <w:bottom w:val="none" w:sz="0" w:space="0" w:color="auto"/>
        <w:right w:val="none" w:sz="0" w:space="0" w:color="auto"/>
      </w:divBdr>
      <w:divsChild>
        <w:div w:id="1512641468">
          <w:marLeft w:val="0"/>
          <w:marRight w:val="0"/>
          <w:marTop w:val="0"/>
          <w:marBottom w:val="0"/>
          <w:divBdr>
            <w:top w:val="none" w:sz="0" w:space="0" w:color="auto"/>
            <w:left w:val="none" w:sz="0" w:space="0" w:color="auto"/>
            <w:bottom w:val="none" w:sz="0" w:space="0" w:color="auto"/>
            <w:right w:val="none" w:sz="0" w:space="0" w:color="auto"/>
          </w:divBdr>
        </w:div>
        <w:div w:id="772282136">
          <w:marLeft w:val="0"/>
          <w:marRight w:val="0"/>
          <w:marTop w:val="0"/>
          <w:marBottom w:val="0"/>
          <w:divBdr>
            <w:top w:val="none" w:sz="0" w:space="0" w:color="auto"/>
            <w:left w:val="none" w:sz="0" w:space="0" w:color="auto"/>
            <w:bottom w:val="none" w:sz="0" w:space="0" w:color="auto"/>
            <w:right w:val="none" w:sz="0" w:space="0" w:color="auto"/>
          </w:divBdr>
          <w:divsChild>
            <w:div w:id="583687786">
              <w:marLeft w:val="-75"/>
              <w:marRight w:val="0"/>
              <w:marTop w:val="30"/>
              <w:marBottom w:val="30"/>
              <w:divBdr>
                <w:top w:val="none" w:sz="0" w:space="0" w:color="auto"/>
                <w:left w:val="none" w:sz="0" w:space="0" w:color="auto"/>
                <w:bottom w:val="none" w:sz="0" w:space="0" w:color="auto"/>
                <w:right w:val="none" w:sz="0" w:space="0" w:color="auto"/>
              </w:divBdr>
              <w:divsChild>
                <w:div w:id="412630301">
                  <w:marLeft w:val="0"/>
                  <w:marRight w:val="0"/>
                  <w:marTop w:val="0"/>
                  <w:marBottom w:val="0"/>
                  <w:divBdr>
                    <w:top w:val="none" w:sz="0" w:space="0" w:color="auto"/>
                    <w:left w:val="none" w:sz="0" w:space="0" w:color="auto"/>
                    <w:bottom w:val="none" w:sz="0" w:space="0" w:color="auto"/>
                    <w:right w:val="none" w:sz="0" w:space="0" w:color="auto"/>
                  </w:divBdr>
                  <w:divsChild>
                    <w:div w:id="852039188">
                      <w:marLeft w:val="0"/>
                      <w:marRight w:val="0"/>
                      <w:marTop w:val="0"/>
                      <w:marBottom w:val="0"/>
                      <w:divBdr>
                        <w:top w:val="none" w:sz="0" w:space="0" w:color="auto"/>
                        <w:left w:val="none" w:sz="0" w:space="0" w:color="auto"/>
                        <w:bottom w:val="none" w:sz="0" w:space="0" w:color="auto"/>
                        <w:right w:val="none" w:sz="0" w:space="0" w:color="auto"/>
                      </w:divBdr>
                    </w:div>
                  </w:divsChild>
                </w:div>
                <w:div w:id="549996130">
                  <w:marLeft w:val="0"/>
                  <w:marRight w:val="0"/>
                  <w:marTop w:val="0"/>
                  <w:marBottom w:val="0"/>
                  <w:divBdr>
                    <w:top w:val="none" w:sz="0" w:space="0" w:color="auto"/>
                    <w:left w:val="none" w:sz="0" w:space="0" w:color="auto"/>
                    <w:bottom w:val="none" w:sz="0" w:space="0" w:color="auto"/>
                    <w:right w:val="none" w:sz="0" w:space="0" w:color="auto"/>
                  </w:divBdr>
                  <w:divsChild>
                    <w:div w:id="237982820">
                      <w:marLeft w:val="0"/>
                      <w:marRight w:val="0"/>
                      <w:marTop w:val="0"/>
                      <w:marBottom w:val="0"/>
                      <w:divBdr>
                        <w:top w:val="none" w:sz="0" w:space="0" w:color="auto"/>
                        <w:left w:val="none" w:sz="0" w:space="0" w:color="auto"/>
                        <w:bottom w:val="none" w:sz="0" w:space="0" w:color="auto"/>
                        <w:right w:val="none" w:sz="0" w:space="0" w:color="auto"/>
                      </w:divBdr>
                    </w:div>
                  </w:divsChild>
                </w:div>
                <w:div w:id="395594051">
                  <w:marLeft w:val="0"/>
                  <w:marRight w:val="0"/>
                  <w:marTop w:val="0"/>
                  <w:marBottom w:val="0"/>
                  <w:divBdr>
                    <w:top w:val="none" w:sz="0" w:space="0" w:color="auto"/>
                    <w:left w:val="none" w:sz="0" w:space="0" w:color="auto"/>
                    <w:bottom w:val="none" w:sz="0" w:space="0" w:color="auto"/>
                    <w:right w:val="none" w:sz="0" w:space="0" w:color="auto"/>
                  </w:divBdr>
                  <w:divsChild>
                    <w:div w:id="1173179942">
                      <w:marLeft w:val="0"/>
                      <w:marRight w:val="0"/>
                      <w:marTop w:val="0"/>
                      <w:marBottom w:val="0"/>
                      <w:divBdr>
                        <w:top w:val="none" w:sz="0" w:space="0" w:color="auto"/>
                        <w:left w:val="none" w:sz="0" w:space="0" w:color="auto"/>
                        <w:bottom w:val="none" w:sz="0" w:space="0" w:color="auto"/>
                        <w:right w:val="none" w:sz="0" w:space="0" w:color="auto"/>
                      </w:divBdr>
                    </w:div>
                  </w:divsChild>
                </w:div>
                <w:div w:id="1864975533">
                  <w:marLeft w:val="0"/>
                  <w:marRight w:val="0"/>
                  <w:marTop w:val="0"/>
                  <w:marBottom w:val="0"/>
                  <w:divBdr>
                    <w:top w:val="none" w:sz="0" w:space="0" w:color="auto"/>
                    <w:left w:val="none" w:sz="0" w:space="0" w:color="auto"/>
                    <w:bottom w:val="none" w:sz="0" w:space="0" w:color="auto"/>
                    <w:right w:val="none" w:sz="0" w:space="0" w:color="auto"/>
                  </w:divBdr>
                  <w:divsChild>
                    <w:div w:id="712266030">
                      <w:marLeft w:val="0"/>
                      <w:marRight w:val="0"/>
                      <w:marTop w:val="0"/>
                      <w:marBottom w:val="0"/>
                      <w:divBdr>
                        <w:top w:val="none" w:sz="0" w:space="0" w:color="auto"/>
                        <w:left w:val="none" w:sz="0" w:space="0" w:color="auto"/>
                        <w:bottom w:val="none" w:sz="0" w:space="0" w:color="auto"/>
                        <w:right w:val="none" w:sz="0" w:space="0" w:color="auto"/>
                      </w:divBdr>
                    </w:div>
                  </w:divsChild>
                </w:div>
                <w:div w:id="1823963581">
                  <w:marLeft w:val="0"/>
                  <w:marRight w:val="0"/>
                  <w:marTop w:val="0"/>
                  <w:marBottom w:val="0"/>
                  <w:divBdr>
                    <w:top w:val="none" w:sz="0" w:space="0" w:color="auto"/>
                    <w:left w:val="none" w:sz="0" w:space="0" w:color="auto"/>
                    <w:bottom w:val="none" w:sz="0" w:space="0" w:color="auto"/>
                    <w:right w:val="none" w:sz="0" w:space="0" w:color="auto"/>
                  </w:divBdr>
                  <w:divsChild>
                    <w:div w:id="1158887160">
                      <w:marLeft w:val="0"/>
                      <w:marRight w:val="0"/>
                      <w:marTop w:val="0"/>
                      <w:marBottom w:val="0"/>
                      <w:divBdr>
                        <w:top w:val="none" w:sz="0" w:space="0" w:color="auto"/>
                        <w:left w:val="none" w:sz="0" w:space="0" w:color="auto"/>
                        <w:bottom w:val="none" w:sz="0" w:space="0" w:color="auto"/>
                        <w:right w:val="none" w:sz="0" w:space="0" w:color="auto"/>
                      </w:divBdr>
                    </w:div>
                  </w:divsChild>
                </w:div>
                <w:div w:id="47340880">
                  <w:marLeft w:val="0"/>
                  <w:marRight w:val="0"/>
                  <w:marTop w:val="0"/>
                  <w:marBottom w:val="0"/>
                  <w:divBdr>
                    <w:top w:val="none" w:sz="0" w:space="0" w:color="auto"/>
                    <w:left w:val="none" w:sz="0" w:space="0" w:color="auto"/>
                    <w:bottom w:val="none" w:sz="0" w:space="0" w:color="auto"/>
                    <w:right w:val="none" w:sz="0" w:space="0" w:color="auto"/>
                  </w:divBdr>
                  <w:divsChild>
                    <w:div w:id="1968469561">
                      <w:marLeft w:val="0"/>
                      <w:marRight w:val="0"/>
                      <w:marTop w:val="0"/>
                      <w:marBottom w:val="0"/>
                      <w:divBdr>
                        <w:top w:val="none" w:sz="0" w:space="0" w:color="auto"/>
                        <w:left w:val="none" w:sz="0" w:space="0" w:color="auto"/>
                        <w:bottom w:val="none" w:sz="0" w:space="0" w:color="auto"/>
                        <w:right w:val="none" w:sz="0" w:space="0" w:color="auto"/>
                      </w:divBdr>
                    </w:div>
                  </w:divsChild>
                </w:div>
                <w:div w:id="981665344">
                  <w:marLeft w:val="0"/>
                  <w:marRight w:val="0"/>
                  <w:marTop w:val="0"/>
                  <w:marBottom w:val="0"/>
                  <w:divBdr>
                    <w:top w:val="none" w:sz="0" w:space="0" w:color="auto"/>
                    <w:left w:val="none" w:sz="0" w:space="0" w:color="auto"/>
                    <w:bottom w:val="none" w:sz="0" w:space="0" w:color="auto"/>
                    <w:right w:val="none" w:sz="0" w:space="0" w:color="auto"/>
                  </w:divBdr>
                  <w:divsChild>
                    <w:div w:id="2036812113">
                      <w:marLeft w:val="0"/>
                      <w:marRight w:val="0"/>
                      <w:marTop w:val="0"/>
                      <w:marBottom w:val="0"/>
                      <w:divBdr>
                        <w:top w:val="none" w:sz="0" w:space="0" w:color="auto"/>
                        <w:left w:val="none" w:sz="0" w:space="0" w:color="auto"/>
                        <w:bottom w:val="none" w:sz="0" w:space="0" w:color="auto"/>
                        <w:right w:val="none" w:sz="0" w:space="0" w:color="auto"/>
                      </w:divBdr>
                    </w:div>
                  </w:divsChild>
                </w:div>
                <w:div w:id="1162821009">
                  <w:marLeft w:val="0"/>
                  <w:marRight w:val="0"/>
                  <w:marTop w:val="0"/>
                  <w:marBottom w:val="0"/>
                  <w:divBdr>
                    <w:top w:val="none" w:sz="0" w:space="0" w:color="auto"/>
                    <w:left w:val="none" w:sz="0" w:space="0" w:color="auto"/>
                    <w:bottom w:val="none" w:sz="0" w:space="0" w:color="auto"/>
                    <w:right w:val="none" w:sz="0" w:space="0" w:color="auto"/>
                  </w:divBdr>
                  <w:divsChild>
                    <w:div w:id="1467771977">
                      <w:marLeft w:val="0"/>
                      <w:marRight w:val="0"/>
                      <w:marTop w:val="0"/>
                      <w:marBottom w:val="0"/>
                      <w:divBdr>
                        <w:top w:val="none" w:sz="0" w:space="0" w:color="auto"/>
                        <w:left w:val="none" w:sz="0" w:space="0" w:color="auto"/>
                        <w:bottom w:val="none" w:sz="0" w:space="0" w:color="auto"/>
                        <w:right w:val="none" w:sz="0" w:space="0" w:color="auto"/>
                      </w:divBdr>
                    </w:div>
                  </w:divsChild>
                </w:div>
                <w:div w:id="111942602">
                  <w:marLeft w:val="0"/>
                  <w:marRight w:val="0"/>
                  <w:marTop w:val="0"/>
                  <w:marBottom w:val="0"/>
                  <w:divBdr>
                    <w:top w:val="none" w:sz="0" w:space="0" w:color="auto"/>
                    <w:left w:val="none" w:sz="0" w:space="0" w:color="auto"/>
                    <w:bottom w:val="none" w:sz="0" w:space="0" w:color="auto"/>
                    <w:right w:val="none" w:sz="0" w:space="0" w:color="auto"/>
                  </w:divBdr>
                  <w:divsChild>
                    <w:div w:id="183441293">
                      <w:marLeft w:val="0"/>
                      <w:marRight w:val="0"/>
                      <w:marTop w:val="0"/>
                      <w:marBottom w:val="0"/>
                      <w:divBdr>
                        <w:top w:val="none" w:sz="0" w:space="0" w:color="auto"/>
                        <w:left w:val="none" w:sz="0" w:space="0" w:color="auto"/>
                        <w:bottom w:val="none" w:sz="0" w:space="0" w:color="auto"/>
                        <w:right w:val="none" w:sz="0" w:space="0" w:color="auto"/>
                      </w:divBdr>
                    </w:div>
                  </w:divsChild>
                </w:div>
                <w:div w:id="365838089">
                  <w:marLeft w:val="0"/>
                  <w:marRight w:val="0"/>
                  <w:marTop w:val="0"/>
                  <w:marBottom w:val="0"/>
                  <w:divBdr>
                    <w:top w:val="none" w:sz="0" w:space="0" w:color="auto"/>
                    <w:left w:val="none" w:sz="0" w:space="0" w:color="auto"/>
                    <w:bottom w:val="none" w:sz="0" w:space="0" w:color="auto"/>
                    <w:right w:val="none" w:sz="0" w:space="0" w:color="auto"/>
                  </w:divBdr>
                  <w:divsChild>
                    <w:div w:id="420378139">
                      <w:marLeft w:val="0"/>
                      <w:marRight w:val="0"/>
                      <w:marTop w:val="0"/>
                      <w:marBottom w:val="0"/>
                      <w:divBdr>
                        <w:top w:val="none" w:sz="0" w:space="0" w:color="auto"/>
                        <w:left w:val="none" w:sz="0" w:space="0" w:color="auto"/>
                        <w:bottom w:val="none" w:sz="0" w:space="0" w:color="auto"/>
                        <w:right w:val="none" w:sz="0" w:space="0" w:color="auto"/>
                      </w:divBdr>
                    </w:div>
                  </w:divsChild>
                </w:div>
                <w:div w:id="1807235938">
                  <w:marLeft w:val="0"/>
                  <w:marRight w:val="0"/>
                  <w:marTop w:val="0"/>
                  <w:marBottom w:val="0"/>
                  <w:divBdr>
                    <w:top w:val="none" w:sz="0" w:space="0" w:color="auto"/>
                    <w:left w:val="none" w:sz="0" w:space="0" w:color="auto"/>
                    <w:bottom w:val="none" w:sz="0" w:space="0" w:color="auto"/>
                    <w:right w:val="none" w:sz="0" w:space="0" w:color="auto"/>
                  </w:divBdr>
                  <w:divsChild>
                    <w:div w:id="1461025009">
                      <w:marLeft w:val="0"/>
                      <w:marRight w:val="0"/>
                      <w:marTop w:val="0"/>
                      <w:marBottom w:val="0"/>
                      <w:divBdr>
                        <w:top w:val="none" w:sz="0" w:space="0" w:color="auto"/>
                        <w:left w:val="none" w:sz="0" w:space="0" w:color="auto"/>
                        <w:bottom w:val="none" w:sz="0" w:space="0" w:color="auto"/>
                        <w:right w:val="none" w:sz="0" w:space="0" w:color="auto"/>
                      </w:divBdr>
                    </w:div>
                  </w:divsChild>
                </w:div>
                <w:div w:id="1459908059">
                  <w:marLeft w:val="0"/>
                  <w:marRight w:val="0"/>
                  <w:marTop w:val="0"/>
                  <w:marBottom w:val="0"/>
                  <w:divBdr>
                    <w:top w:val="none" w:sz="0" w:space="0" w:color="auto"/>
                    <w:left w:val="none" w:sz="0" w:space="0" w:color="auto"/>
                    <w:bottom w:val="none" w:sz="0" w:space="0" w:color="auto"/>
                    <w:right w:val="none" w:sz="0" w:space="0" w:color="auto"/>
                  </w:divBdr>
                  <w:divsChild>
                    <w:div w:id="669210532">
                      <w:marLeft w:val="0"/>
                      <w:marRight w:val="0"/>
                      <w:marTop w:val="0"/>
                      <w:marBottom w:val="0"/>
                      <w:divBdr>
                        <w:top w:val="none" w:sz="0" w:space="0" w:color="auto"/>
                        <w:left w:val="none" w:sz="0" w:space="0" w:color="auto"/>
                        <w:bottom w:val="none" w:sz="0" w:space="0" w:color="auto"/>
                        <w:right w:val="none" w:sz="0" w:space="0" w:color="auto"/>
                      </w:divBdr>
                    </w:div>
                  </w:divsChild>
                </w:div>
                <w:div w:id="1374043756">
                  <w:marLeft w:val="0"/>
                  <w:marRight w:val="0"/>
                  <w:marTop w:val="0"/>
                  <w:marBottom w:val="0"/>
                  <w:divBdr>
                    <w:top w:val="none" w:sz="0" w:space="0" w:color="auto"/>
                    <w:left w:val="none" w:sz="0" w:space="0" w:color="auto"/>
                    <w:bottom w:val="none" w:sz="0" w:space="0" w:color="auto"/>
                    <w:right w:val="none" w:sz="0" w:space="0" w:color="auto"/>
                  </w:divBdr>
                  <w:divsChild>
                    <w:div w:id="423187100">
                      <w:marLeft w:val="0"/>
                      <w:marRight w:val="0"/>
                      <w:marTop w:val="0"/>
                      <w:marBottom w:val="0"/>
                      <w:divBdr>
                        <w:top w:val="none" w:sz="0" w:space="0" w:color="auto"/>
                        <w:left w:val="none" w:sz="0" w:space="0" w:color="auto"/>
                        <w:bottom w:val="none" w:sz="0" w:space="0" w:color="auto"/>
                        <w:right w:val="none" w:sz="0" w:space="0" w:color="auto"/>
                      </w:divBdr>
                    </w:div>
                  </w:divsChild>
                </w:div>
                <w:div w:id="16347243">
                  <w:marLeft w:val="0"/>
                  <w:marRight w:val="0"/>
                  <w:marTop w:val="0"/>
                  <w:marBottom w:val="0"/>
                  <w:divBdr>
                    <w:top w:val="none" w:sz="0" w:space="0" w:color="auto"/>
                    <w:left w:val="none" w:sz="0" w:space="0" w:color="auto"/>
                    <w:bottom w:val="none" w:sz="0" w:space="0" w:color="auto"/>
                    <w:right w:val="none" w:sz="0" w:space="0" w:color="auto"/>
                  </w:divBdr>
                  <w:divsChild>
                    <w:div w:id="1336806844">
                      <w:marLeft w:val="0"/>
                      <w:marRight w:val="0"/>
                      <w:marTop w:val="0"/>
                      <w:marBottom w:val="0"/>
                      <w:divBdr>
                        <w:top w:val="none" w:sz="0" w:space="0" w:color="auto"/>
                        <w:left w:val="none" w:sz="0" w:space="0" w:color="auto"/>
                        <w:bottom w:val="none" w:sz="0" w:space="0" w:color="auto"/>
                        <w:right w:val="none" w:sz="0" w:space="0" w:color="auto"/>
                      </w:divBdr>
                    </w:div>
                  </w:divsChild>
                </w:div>
                <w:div w:id="1578057144">
                  <w:marLeft w:val="0"/>
                  <w:marRight w:val="0"/>
                  <w:marTop w:val="0"/>
                  <w:marBottom w:val="0"/>
                  <w:divBdr>
                    <w:top w:val="none" w:sz="0" w:space="0" w:color="auto"/>
                    <w:left w:val="none" w:sz="0" w:space="0" w:color="auto"/>
                    <w:bottom w:val="none" w:sz="0" w:space="0" w:color="auto"/>
                    <w:right w:val="none" w:sz="0" w:space="0" w:color="auto"/>
                  </w:divBdr>
                  <w:divsChild>
                    <w:div w:id="1959871258">
                      <w:marLeft w:val="0"/>
                      <w:marRight w:val="0"/>
                      <w:marTop w:val="0"/>
                      <w:marBottom w:val="0"/>
                      <w:divBdr>
                        <w:top w:val="none" w:sz="0" w:space="0" w:color="auto"/>
                        <w:left w:val="none" w:sz="0" w:space="0" w:color="auto"/>
                        <w:bottom w:val="none" w:sz="0" w:space="0" w:color="auto"/>
                        <w:right w:val="none" w:sz="0" w:space="0" w:color="auto"/>
                      </w:divBdr>
                    </w:div>
                  </w:divsChild>
                </w:div>
                <w:div w:id="2039625988">
                  <w:marLeft w:val="0"/>
                  <w:marRight w:val="0"/>
                  <w:marTop w:val="0"/>
                  <w:marBottom w:val="0"/>
                  <w:divBdr>
                    <w:top w:val="none" w:sz="0" w:space="0" w:color="auto"/>
                    <w:left w:val="none" w:sz="0" w:space="0" w:color="auto"/>
                    <w:bottom w:val="none" w:sz="0" w:space="0" w:color="auto"/>
                    <w:right w:val="none" w:sz="0" w:space="0" w:color="auto"/>
                  </w:divBdr>
                  <w:divsChild>
                    <w:div w:id="1416901382">
                      <w:marLeft w:val="0"/>
                      <w:marRight w:val="0"/>
                      <w:marTop w:val="0"/>
                      <w:marBottom w:val="0"/>
                      <w:divBdr>
                        <w:top w:val="none" w:sz="0" w:space="0" w:color="auto"/>
                        <w:left w:val="none" w:sz="0" w:space="0" w:color="auto"/>
                        <w:bottom w:val="none" w:sz="0" w:space="0" w:color="auto"/>
                        <w:right w:val="none" w:sz="0" w:space="0" w:color="auto"/>
                      </w:divBdr>
                    </w:div>
                  </w:divsChild>
                </w:div>
                <w:div w:id="2007633242">
                  <w:marLeft w:val="0"/>
                  <w:marRight w:val="0"/>
                  <w:marTop w:val="0"/>
                  <w:marBottom w:val="0"/>
                  <w:divBdr>
                    <w:top w:val="none" w:sz="0" w:space="0" w:color="auto"/>
                    <w:left w:val="none" w:sz="0" w:space="0" w:color="auto"/>
                    <w:bottom w:val="none" w:sz="0" w:space="0" w:color="auto"/>
                    <w:right w:val="none" w:sz="0" w:space="0" w:color="auto"/>
                  </w:divBdr>
                  <w:divsChild>
                    <w:div w:id="1954897139">
                      <w:marLeft w:val="0"/>
                      <w:marRight w:val="0"/>
                      <w:marTop w:val="0"/>
                      <w:marBottom w:val="0"/>
                      <w:divBdr>
                        <w:top w:val="none" w:sz="0" w:space="0" w:color="auto"/>
                        <w:left w:val="none" w:sz="0" w:space="0" w:color="auto"/>
                        <w:bottom w:val="none" w:sz="0" w:space="0" w:color="auto"/>
                        <w:right w:val="none" w:sz="0" w:space="0" w:color="auto"/>
                      </w:divBdr>
                    </w:div>
                  </w:divsChild>
                </w:div>
                <w:div w:id="388381571">
                  <w:marLeft w:val="0"/>
                  <w:marRight w:val="0"/>
                  <w:marTop w:val="0"/>
                  <w:marBottom w:val="0"/>
                  <w:divBdr>
                    <w:top w:val="none" w:sz="0" w:space="0" w:color="auto"/>
                    <w:left w:val="none" w:sz="0" w:space="0" w:color="auto"/>
                    <w:bottom w:val="none" w:sz="0" w:space="0" w:color="auto"/>
                    <w:right w:val="none" w:sz="0" w:space="0" w:color="auto"/>
                  </w:divBdr>
                  <w:divsChild>
                    <w:div w:id="1212809907">
                      <w:marLeft w:val="0"/>
                      <w:marRight w:val="0"/>
                      <w:marTop w:val="0"/>
                      <w:marBottom w:val="0"/>
                      <w:divBdr>
                        <w:top w:val="none" w:sz="0" w:space="0" w:color="auto"/>
                        <w:left w:val="none" w:sz="0" w:space="0" w:color="auto"/>
                        <w:bottom w:val="none" w:sz="0" w:space="0" w:color="auto"/>
                        <w:right w:val="none" w:sz="0" w:space="0" w:color="auto"/>
                      </w:divBdr>
                    </w:div>
                  </w:divsChild>
                </w:div>
                <w:div w:id="940836695">
                  <w:marLeft w:val="0"/>
                  <w:marRight w:val="0"/>
                  <w:marTop w:val="0"/>
                  <w:marBottom w:val="0"/>
                  <w:divBdr>
                    <w:top w:val="none" w:sz="0" w:space="0" w:color="auto"/>
                    <w:left w:val="none" w:sz="0" w:space="0" w:color="auto"/>
                    <w:bottom w:val="none" w:sz="0" w:space="0" w:color="auto"/>
                    <w:right w:val="none" w:sz="0" w:space="0" w:color="auto"/>
                  </w:divBdr>
                  <w:divsChild>
                    <w:div w:id="694965365">
                      <w:marLeft w:val="0"/>
                      <w:marRight w:val="0"/>
                      <w:marTop w:val="0"/>
                      <w:marBottom w:val="0"/>
                      <w:divBdr>
                        <w:top w:val="none" w:sz="0" w:space="0" w:color="auto"/>
                        <w:left w:val="none" w:sz="0" w:space="0" w:color="auto"/>
                        <w:bottom w:val="none" w:sz="0" w:space="0" w:color="auto"/>
                        <w:right w:val="none" w:sz="0" w:space="0" w:color="auto"/>
                      </w:divBdr>
                    </w:div>
                  </w:divsChild>
                </w:div>
                <w:div w:id="479886705">
                  <w:marLeft w:val="0"/>
                  <w:marRight w:val="0"/>
                  <w:marTop w:val="0"/>
                  <w:marBottom w:val="0"/>
                  <w:divBdr>
                    <w:top w:val="none" w:sz="0" w:space="0" w:color="auto"/>
                    <w:left w:val="none" w:sz="0" w:space="0" w:color="auto"/>
                    <w:bottom w:val="none" w:sz="0" w:space="0" w:color="auto"/>
                    <w:right w:val="none" w:sz="0" w:space="0" w:color="auto"/>
                  </w:divBdr>
                  <w:divsChild>
                    <w:div w:id="530386052">
                      <w:marLeft w:val="0"/>
                      <w:marRight w:val="0"/>
                      <w:marTop w:val="0"/>
                      <w:marBottom w:val="0"/>
                      <w:divBdr>
                        <w:top w:val="none" w:sz="0" w:space="0" w:color="auto"/>
                        <w:left w:val="none" w:sz="0" w:space="0" w:color="auto"/>
                        <w:bottom w:val="none" w:sz="0" w:space="0" w:color="auto"/>
                        <w:right w:val="none" w:sz="0" w:space="0" w:color="auto"/>
                      </w:divBdr>
                    </w:div>
                    <w:div w:id="4949982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2821380">
          <w:marLeft w:val="0"/>
          <w:marRight w:val="0"/>
          <w:marTop w:val="0"/>
          <w:marBottom w:val="0"/>
          <w:divBdr>
            <w:top w:val="none" w:sz="0" w:space="0" w:color="auto"/>
            <w:left w:val="none" w:sz="0" w:space="0" w:color="auto"/>
            <w:bottom w:val="none" w:sz="0" w:space="0" w:color="auto"/>
            <w:right w:val="none" w:sz="0" w:space="0" w:color="auto"/>
          </w:divBdr>
        </w:div>
      </w:divsChild>
    </w:div>
    <w:div w:id="742534802">
      <w:bodyDiv w:val="1"/>
      <w:marLeft w:val="0"/>
      <w:marRight w:val="0"/>
      <w:marTop w:val="0"/>
      <w:marBottom w:val="0"/>
      <w:divBdr>
        <w:top w:val="none" w:sz="0" w:space="0" w:color="auto"/>
        <w:left w:val="none" w:sz="0" w:space="0" w:color="auto"/>
        <w:bottom w:val="none" w:sz="0" w:space="0" w:color="auto"/>
        <w:right w:val="none" w:sz="0" w:space="0" w:color="auto"/>
      </w:divBdr>
      <w:divsChild>
        <w:div w:id="510729279">
          <w:marLeft w:val="0"/>
          <w:marRight w:val="0"/>
          <w:marTop w:val="0"/>
          <w:marBottom w:val="0"/>
          <w:divBdr>
            <w:top w:val="none" w:sz="0" w:space="0" w:color="auto"/>
            <w:left w:val="none" w:sz="0" w:space="0" w:color="auto"/>
            <w:bottom w:val="none" w:sz="0" w:space="0" w:color="auto"/>
            <w:right w:val="none" w:sz="0" w:space="0" w:color="auto"/>
          </w:divBdr>
        </w:div>
        <w:div w:id="195119616">
          <w:marLeft w:val="0"/>
          <w:marRight w:val="0"/>
          <w:marTop w:val="0"/>
          <w:marBottom w:val="0"/>
          <w:divBdr>
            <w:top w:val="none" w:sz="0" w:space="0" w:color="auto"/>
            <w:left w:val="none" w:sz="0" w:space="0" w:color="auto"/>
            <w:bottom w:val="none" w:sz="0" w:space="0" w:color="auto"/>
            <w:right w:val="none" w:sz="0" w:space="0" w:color="auto"/>
          </w:divBdr>
          <w:divsChild>
            <w:div w:id="2109038262">
              <w:marLeft w:val="-75"/>
              <w:marRight w:val="0"/>
              <w:marTop w:val="30"/>
              <w:marBottom w:val="30"/>
              <w:divBdr>
                <w:top w:val="none" w:sz="0" w:space="0" w:color="auto"/>
                <w:left w:val="none" w:sz="0" w:space="0" w:color="auto"/>
                <w:bottom w:val="none" w:sz="0" w:space="0" w:color="auto"/>
                <w:right w:val="none" w:sz="0" w:space="0" w:color="auto"/>
              </w:divBdr>
              <w:divsChild>
                <w:div w:id="2100590826">
                  <w:marLeft w:val="0"/>
                  <w:marRight w:val="0"/>
                  <w:marTop w:val="0"/>
                  <w:marBottom w:val="0"/>
                  <w:divBdr>
                    <w:top w:val="none" w:sz="0" w:space="0" w:color="auto"/>
                    <w:left w:val="none" w:sz="0" w:space="0" w:color="auto"/>
                    <w:bottom w:val="none" w:sz="0" w:space="0" w:color="auto"/>
                    <w:right w:val="none" w:sz="0" w:space="0" w:color="auto"/>
                  </w:divBdr>
                  <w:divsChild>
                    <w:div w:id="973486938">
                      <w:marLeft w:val="0"/>
                      <w:marRight w:val="0"/>
                      <w:marTop w:val="0"/>
                      <w:marBottom w:val="0"/>
                      <w:divBdr>
                        <w:top w:val="none" w:sz="0" w:space="0" w:color="auto"/>
                        <w:left w:val="none" w:sz="0" w:space="0" w:color="auto"/>
                        <w:bottom w:val="none" w:sz="0" w:space="0" w:color="auto"/>
                        <w:right w:val="none" w:sz="0" w:space="0" w:color="auto"/>
                      </w:divBdr>
                    </w:div>
                  </w:divsChild>
                </w:div>
                <w:div w:id="467091491">
                  <w:marLeft w:val="0"/>
                  <w:marRight w:val="0"/>
                  <w:marTop w:val="0"/>
                  <w:marBottom w:val="0"/>
                  <w:divBdr>
                    <w:top w:val="none" w:sz="0" w:space="0" w:color="auto"/>
                    <w:left w:val="none" w:sz="0" w:space="0" w:color="auto"/>
                    <w:bottom w:val="none" w:sz="0" w:space="0" w:color="auto"/>
                    <w:right w:val="none" w:sz="0" w:space="0" w:color="auto"/>
                  </w:divBdr>
                  <w:divsChild>
                    <w:div w:id="1596130819">
                      <w:marLeft w:val="0"/>
                      <w:marRight w:val="0"/>
                      <w:marTop w:val="0"/>
                      <w:marBottom w:val="0"/>
                      <w:divBdr>
                        <w:top w:val="none" w:sz="0" w:space="0" w:color="auto"/>
                        <w:left w:val="none" w:sz="0" w:space="0" w:color="auto"/>
                        <w:bottom w:val="none" w:sz="0" w:space="0" w:color="auto"/>
                        <w:right w:val="none" w:sz="0" w:space="0" w:color="auto"/>
                      </w:divBdr>
                    </w:div>
                  </w:divsChild>
                </w:div>
                <w:div w:id="657222971">
                  <w:marLeft w:val="0"/>
                  <w:marRight w:val="0"/>
                  <w:marTop w:val="0"/>
                  <w:marBottom w:val="0"/>
                  <w:divBdr>
                    <w:top w:val="none" w:sz="0" w:space="0" w:color="auto"/>
                    <w:left w:val="none" w:sz="0" w:space="0" w:color="auto"/>
                    <w:bottom w:val="none" w:sz="0" w:space="0" w:color="auto"/>
                    <w:right w:val="none" w:sz="0" w:space="0" w:color="auto"/>
                  </w:divBdr>
                  <w:divsChild>
                    <w:div w:id="203370000">
                      <w:marLeft w:val="0"/>
                      <w:marRight w:val="0"/>
                      <w:marTop w:val="0"/>
                      <w:marBottom w:val="0"/>
                      <w:divBdr>
                        <w:top w:val="none" w:sz="0" w:space="0" w:color="auto"/>
                        <w:left w:val="none" w:sz="0" w:space="0" w:color="auto"/>
                        <w:bottom w:val="none" w:sz="0" w:space="0" w:color="auto"/>
                        <w:right w:val="none" w:sz="0" w:space="0" w:color="auto"/>
                      </w:divBdr>
                    </w:div>
                  </w:divsChild>
                </w:div>
                <w:div w:id="4867723">
                  <w:marLeft w:val="0"/>
                  <w:marRight w:val="0"/>
                  <w:marTop w:val="0"/>
                  <w:marBottom w:val="0"/>
                  <w:divBdr>
                    <w:top w:val="none" w:sz="0" w:space="0" w:color="auto"/>
                    <w:left w:val="none" w:sz="0" w:space="0" w:color="auto"/>
                    <w:bottom w:val="none" w:sz="0" w:space="0" w:color="auto"/>
                    <w:right w:val="none" w:sz="0" w:space="0" w:color="auto"/>
                  </w:divBdr>
                  <w:divsChild>
                    <w:div w:id="113791762">
                      <w:marLeft w:val="0"/>
                      <w:marRight w:val="0"/>
                      <w:marTop w:val="0"/>
                      <w:marBottom w:val="0"/>
                      <w:divBdr>
                        <w:top w:val="none" w:sz="0" w:space="0" w:color="auto"/>
                        <w:left w:val="none" w:sz="0" w:space="0" w:color="auto"/>
                        <w:bottom w:val="none" w:sz="0" w:space="0" w:color="auto"/>
                        <w:right w:val="none" w:sz="0" w:space="0" w:color="auto"/>
                      </w:divBdr>
                    </w:div>
                  </w:divsChild>
                </w:div>
                <w:div w:id="1899432692">
                  <w:marLeft w:val="0"/>
                  <w:marRight w:val="0"/>
                  <w:marTop w:val="0"/>
                  <w:marBottom w:val="0"/>
                  <w:divBdr>
                    <w:top w:val="none" w:sz="0" w:space="0" w:color="auto"/>
                    <w:left w:val="none" w:sz="0" w:space="0" w:color="auto"/>
                    <w:bottom w:val="none" w:sz="0" w:space="0" w:color="auto"/>
                    <w:right w:val="none" w:sz="0" w:space="0" w:color="auto"/>
                  </w:divBdr>
                  <w:divsChild>
                    <w:div w:id="1861972092">
                      <w:marLeft w:val="0"/>
                      <w:marRight w:val="0"/>
                      <w:marTop w:val="0"/>
                      <w:marBottom w:val="0"/>
                      <w:divBdr>
                        <w:top w:val="none" w:sz="0" w:space="0" w:color="auto"/>
                        <w:left w:val="none" w:sz="0" w:space="0" w:color="auto"/>
                        <w:bottom w:val="none" w:sz="0" w:space="0" w:color="auto"/>
                        <w:right w:val="none" w:sz="0" w:space="0" w:color="auto"/>
                      </w:divBdr>
                    </w:div>
                  </w:divsChild>
                </w:div>
                <w:div w:id="2092461805">
                  <w:marLeft w:val="0"/>
                  <w:marRight w:val="0"/>
                  <w:marTop w:val="0"/>
                  <w:marBottom w:val="0"/>
                  <w:divBdr>
                    <w:top w:val="none" w:sz="0" w:space="0" w:color="auto"/>
                    <w:left w:val="none" w:sz="0" w:space="0" w:color="auto"/>
                    <w:bottom w:val="none" w:sz="0" w:space="0" w:color="auto"/>
                    <w:right w:val="none" w:sz="0" w:space="0" w:color="auto"/>
                  </w:divBdr>
                  <w:divsChild>
                    <w:div w:id="750351918">
                      <w:marLeft w:val="0"/>
                      <w:marRight w:val="0"/>
                      <w:marTop w:val="0"/>
                      <w:marBottom w:val="0"/>
                      <w:divBdr>
                        <w:top w:val="none" w:sz="0" w:space="0" w:color="auto"/>
                        <w:left w:val="none" w:sz="0" w:space="0" w:color="auto"/>
                        <w:bottom w:val="none" w:sz="0" w:space="0" w:color="auto"/>
                        <w:right w:val="none" w:sz="0" w:space="0" w:color="auto"/>
                      </w:divBdr>
                    </w:div>
                  </w:divsChild>
                </w:div>
                <w:div w:id="316035806">
                  <w:marLeft w:val="0"/>
                  <w:marRight w:val="0"/>
                  <w:marTop w:val="0"/>
                  <w:marBottom w:val="0"/>
                  <w:divBdr>
                    <w:top w:val="none" w:sz="0" w:space="0" w:color="auto"/>
                    <w:left w:val="none" w:sz="0" w:space="0" w:color="auto"/>
                    <w:bottom w:val="none" w:sz="0" w:space="0" w:color="auto"/>
                    <w:right w:val="none" w:sz="0" w:space="0" w:color="auto"/>
                  </w:divBdr>
                  <w:divsChild>
                    <w:div w:id="331876016">
                      <w:marLeft w:val="0"/>
                      <w:marRight w:val="0"/>
                      <w:marTop w:val="0"/>
                      <w:marBottom w:val="0"/>
                      <w:divBdr>
                        <w:top w:val="none" w:sz="0" w:space="0" w:color="auto"/>
                        <w:left w:val="none" w:sz="0" w:space="0" w:color="auto"/>
                        <w:bottom w:val="none" w:sz="0" w:space="0" w:color="auto"/>
                        <w:right w:val="none" w:sz="0" w:space="0" w:color="auto"/>
                      </w:divBdr>
                    </w:div>
                  </w:divsChild>
                </w:div>
                <w:div w:id="126432793">
                  <w:marLeft w:val="0"/>
                  <w:marRight w:val="0"/>
                  <w:marTop w:val="0"/>
                  <w:marBottom w:val="0"/>
                  <w:divBdr>
                    <w:top w:val="none" w:sz="0" w:space="0" w:color="auto"/>
                    <w:left w:val="none" w:sz="0" w:space="0" w:color="auto"/>
                    <w:bottom w:val="none" w:sz="0" w:space="0" w:color="auto"/>
                    <w:right w:val="none" w:sz="0" w:space="0" w:color="auto"/>
                  </w:divBdr>
                  <w:divsChild>
                    <w:div w:id="599336019">
                      <w:marLeft w:val="0"/>
                      <w:marRight w:val="0"/>
                      <w:marTop w:val="0"/>
                      <w:marBottom w:val="0"/>
                      <w:divBdr>
                        <w:top w:val="none" w:sz="0" w:space="0" w:color="auto"/>
                        <w:left w:val="none" w:sz="0" w:space="0" w:color="auto"/>
                        <w:bottom w:val="none" w:sz="0" w:space="0" w:color="auto"/>
                        <w:right w:val="none" w:sz="0" w:space="0" w:color="auto"/>
                      </w:divBdr>
                    </w:div>
                  </w:divsChild>
                </w:div>
                <w:div w:id="1572497493">
                  <w:marLeft w:val="0"/>
                  <w:marRight w:val="0"/>
                  <w:marTop w:val="0"/>
                  <w:marBottom w:val="0"/>
                  <w:divBdr>
                    <w:top w:val="none" w:sz="0" w:space="0" w:color="auto"/>
                    <w:left w:val="none" w:sz="0" w:space="0" w:color="auto"/>
                    <w:bottom w:val="none" w:sz="0" w:space="0" w:color="auto"/>
                    <w:right w:val="none" w:sz="0" w:space="0" w:color="auto"/>
                  </w:divBdr>
                  <w:divsChild>
                    <w:div w:id="1964651996">
                      <w:marLeft w:val="0"/>
                      <w:marRight w:val="0"/>
                      <w:marTop w:val="0"/>
                      <w:marBottom w:val="0"/>
                      <w:divBdr>
                        <w:top w:val="none" w:sz="0" w:space="0" w:color="auto"/>
                        <w:left w:val="none" w:sz="0" w:space="0" w:color="auto"/>
                        <w:bottom w:val="none" w:sz="0" w:space="0" w:color="auto"/>
                        <w:right w:val="none" w:sz="0" w:space="0" w:color="auto"/>
                      </w:divBdr>
                    </w:div>
                  </w:divsChild>
                </w:div>
                <w:div w:id="1789665120">
                  <w:marLeft w:val="0"/>
                  <w:marRight w:val="0"/>
                  <w:marTop w:val="0"/>
                  <w:marBottom w:val="0"/>
                  <w:divBdr>
                    <w:top w:val="none" w:sz="0" w:space="0" w:color="auto"/>
                    <w:left w:val="none" w:sz="0" w:space="0" w:color="auto"/>
                    <w:bottom w:val="none" w:sz="0" w:space="0" w:color="auto"/>
                    <w:right w:val="none" w:sz="0" w:space="0" w:color="auto"/>
                  </w:divBdr>
                  <w:divsChild>
                    <w:div w:id="793641116">
                      <w:marLeft w:val="0"/>
                      <w:marRight w:val="0"/>
                      <w:marTop w:val="0"/>
                      <w:marBottom w:val="0"/>
                      <w:divBdr>
                        <w:top w:val="none" w:sz="0" w:space="0" w:color="auto"/>
                        <w:left w:val="none" w:sz="0" w:space="0" w:color="auto"/>
                        <w:bottom w:val="none" w:sz="0" w:space="0" w:color="auto"/>
                        <w:right w:val="none" w:sz="0" w:space="0" w:color="auto"/>
                      </w:divBdr>
                    </w:div>
                  </w:divsChild>
                </w:div>
                <w:div w:id="1713338421">
                  <w:marLeft w:val="0"/>
                  <w:marRight w:val="0"/>
                  <w:marTop w:val="0"/>
                  <w:marBottom w:val="0"/>
                  <w:divBdr>
                    <w:top w:val="none" w:sz="0" w:space="0" w:color="auto"/>
                    <w:left w:val="none" w:sz="0" w:space="0" w:color="auto"/>
                    <w:bottom w:val="none" w:sz="0" w:space="0" w:color="auto"/>
                    <w:right w:val="none" w:sz="0" w:space="0" w:color="auto"/>
                  </w:divBdr>
                  <w:divsChild>
                    <w:div w:id="857698998">
                      <w:marLeft w:val="0"/>
                      <w:marRight w:val="0"/>
                      <w:marTop w:val="0"/>
                      <w:marBottom w:val="0"/>
                      <w:divBdr>
                        <w:top w:val="none" w:sz="0" w:space="0" w:color="auto"/>
                        <w:left w:val="none" w:sz="0" w:space="0" w:color="auto"/>
                        <w:bottom w:val="none" w:sz="0" w:space="0" w:color="auto"/>
                        <w:right w:val="none" w:sz="0" w:space="0" w:color="auto"/>
                      </w:divBdr>
                    </w:div>
                  </w:divsChild>
                </w:div>
                <w:div w:id="1553148965">
                  <w:marLeft w:val="0"/>
                  <w:marRight w:val="0"/>
                  <w:marTop w:val="0"/>
                  <w:marBottom w:val="0"/>
                  <w:divBdr>
                    <w:top w:val="none" w:sz="0" w:space="0" w:color="auto"/>
                    <w:left w:val="none" w:sz="0" w:space="0" w:color="auto"/>
                    <w:bottom w:val="none" w:sz="0" w:space="0" w:color="auto"/>
                    <w:right w:val="none" w:sz="0" w:space="0" w:color="auto"/>
                  </w:divBdr>
                  <w:divsChild>
                    <w:div w:id="921790670">
                      <w:marLeft w:val="0"/>
                      <w:marRight w:val="0"/>
                      <w:marTop w:val="0"/>
                      <w:marBottom w:val="0"/>
                      <w:divBdr>
                        <w:top w:val="none" w:sz="0" w:space="0" w:color="auto"/>
                        <w:left w:val="none" w:sz="0" w:space="0" w:color="auto"/>
                        <w:bottom w:val="none" w:sz="0" w:space="0" w:color="auto"/>
                        <w:right w:val="none" w:sz="0" w:space="0" w:color="auto"/>
                      </w:divBdr>
                    </w:div>
                  </w:divsChild>
                </w:div>
                <w:div w:id="1041978034">
                  <w:marLeft w:val="0"/>
                  <w:marRight w:val="0"/>
                  <w:marTop w:val="0"/>
                  <w:marBottom w:val="0"/>
                  <w:divBdr>
                    <w:top w:val="none" w:sz="0" w:space="0" w:color="auto"/>
                    <w:left w:val="none" w:sz="0" w:space="0" w:color="auto"/>
                    <w:bottom w:val="none" w:sz="0" w:space="0" w:color="auto"/>
                    <w:right w:val="none" w:sz="0" w:space="0" w:color="auto"/>
                  </w:divBdr>
                  <w:divsChild>
                    <w:div w:id="193886418">
                      <w:marLeft w:val="0"/>
                      <w:marRight w:val="0"/>
                      <w:marTop w:val="0"/>
                      <w:marBottom w:val="0"/>
                      <w:divBdr>
                        <w:top w:val="none" w:sz="0" w:space="0" w:color="auto"/>
                        <w:left w:val="none" w:sz="0" w:space="0" w:color="auto"/>
                        <w:bottom w:val="none" w:sz="0" w:space="0" w:color="auto"/>
                        <w:right w:val="none" w:sz="0" w:space="0" w:color="auto"/>
                      </w:divBdr>
                    </w:div>
                  </w:divsChild>
                </w:div>
                <w:div w:id="1764376715">
                  <w:marLeft w:val="0"/>
                  <w:marRight w:val="0"/>
                  <w:marTop w:val="0"/>
                  <w:marBottom w:val="0"/>
                  <w:divBdr>
                    <w:top w:val="none" w:sz="0" w:space="0" w:color="auto"/>
                    <w:left w:val="none" w:sz="0" w:space="0" w:color="auto"/>
                    <w:bottom w:val="none" w:sz="0" w:space="0" w:color="auto"/>
                    <w:right w:val="none" w:sz="0" w:space="0" w:color="auto"/>
                  </w:divBdr>
                  <w:divsChild>
                    <w:div w:id="203713136">
                      <w:marLeft w:val="0"/>
                      <w:marRight w:val="0"/>
                      <w:marTop w:val="0"/>
                      <w:marBottom w:val="0"/>
                      <w:divBdr>
                        <w:top w:val="none" w:sz="0" w:space="0" w:color="auto"/>
                        <w:left w:val="none" w:sz="0" w:space="0" w:color="auto"/>
                        <w:bottom w:val="none" w:sz="0" w:space="0" w:color="auto"/>
                        <w:right w:val="none" w:sz="0" w:space="0" w:color="auto"/>
                      </w:divBdr>
                    </w:div>
                  </w:divsChild>
                </w:div>
                <w:div w:id="1564415556">
                  <w:marLeft w:val="0"/>
                  <w:marRight w:val="0"/>
                  <w:marTop w:val="0"/>
                  <w:marBottom w:val="0"/>
                  <w:divBdr>
                    <w:top w:val="none" w:sz="0" w:space="0" w:color="auto"/>
                    <w:left w:val="none" w:sz="0" w:space="0" w:color="auto"/>
                    <w:bottom w:val="none" w:sz="0" w:space="0" w:color="auto"/>
                    <w:right w:val="none" w:sz="0" w:space="0" w:color="auto"/>
                  </w:divBdr>
                  <w:divsChild>
                    <w:div w:id="1051807819">
                      <w:marLeft w:val="0"/>
                      <w:marRight w:val="0"/>
                      <w:marTop w:val="0"/>
                      <w:marBottom w:val="0"/>
                      <w:divBdr>
                        <w:top w:val="none" w:sz="0" w:space="0" w:color="auto"/>
                        <w:left w:val="none" w:sz="0" w:space="0" w:color="auto"/>
                        <w:bottom w:val="none" w:sz="0" w:space="0" w:color="auto"/>
                        <w:right w:val="none" w:sz="0" w:space="0" w:color="auto"/>
                      </w:divBdr>
                    </w:div>
                  </w:divsChild>
                </w:div>
                <w:div w:id="713773062">
                  <w:marLeft w:val="0"/>
                  <w:marRight w:val="0"/>
                  <w:marTop w:val="0"/>
                  <w:marBottom w:val="0"/>
                  <w:divBdr>
                    <w:top w:val="none" w:sz="0" w:space="0" w:color="auto"/>
                    <w:left w:val="none" w:sz="0" w:space="0" w:color="auto"/>
                    <w:bottom w:val="none" w:sz="0" w:space="0" w:color="auto"/>
                    <w:right w:val="none" w:sz="0" w:space="0" w:color="auto"/>
                  </w:divBdr>
                  <w:divsChild>
                    <w:div w:id="1166240440">
                      <w:marLeft w:val="0"/>
                      <w:marRight w:val="0"/>
                      <w:marTop w:val="0"/>
                      <w:marBottom w:val="0"/>
                      <w:divBdr>
                        <w:top w:val="none" w:sz="0" w:space="0" w:color="auto"/>
                        <w:left w:val="none" w:sz="0" w:space="0" w:color="auto"/>
                        <w:bottom w:val="none" w:sz="0" w:space="0" w:color="auto"/>
                        <w:right w:val="none" w:sz="0" w:space="0" w:color="auto"/>
                      </w:divBdr>
                    </w:div>
                  </w:divsChild>
                </w:div>
                <w:div w:id="2100787462">
                  <w:marLeft w:val="0"/>
                  <w:marRight w:val="0"/>
                  <w:marTop w:val="0"/>
                  <w:marBottom w:val="0"/>
                  <w:divBdr>
                    <w:top w:val="none" w:sz="0" w:space="0" w:color="auto"/>
                    <w:left w:val="none" w:sz="0" w:space="0" w:color="auto"/>
                    <w:bottom w:val="none" w:sz="0" w:space="0" w:color="auto"/>
                    <w:right w:val="none" w:sz="0" w:space="0" w:color="auto"/>
                  </w:divBdr>
                  <w:divsChild>
                    <w:div w:id="115492929">
                      <w:marLeft w:val="0"/>
                      <w:marRight w:val="0"/>
                      <w:marTop w:val="0"/>
                      <w:marBottom w:val="0"/>
                      <w:divBdr>
                        <w:top w:val="none" w:sz="0" w:space="0" w:color="auto"/>
                        <w:left w:val="none" w:sz="0" w:space="0" w:color="auto"/>
                        <w:bottom w:val="none" w:sz="0" w:space="0" w:color="auto"/>
                        <w:right w:val="none" w:sz="0" w:space="0" w:color="auto"/>
                      </w:divBdr>
                    </w:div>
                  </w:divsChild>
                </w:div>
                <w:div w:id="117191131">
                  <w:marLeft w:val="0"/>
                  <w:marRight w:val="0"/>
                  <w:marTop w:val="0"/>
                  <w:marBottom w:val="0"/>
                  <w:divBdr>
                    <w:top w:val="none" w:sz="0" w:space="0" w:color="auto"/>
                    <w:left w:val="none" w:sz="0" w:space="0" w:color="auto"/>
                    <w:bottom w:val="none" w:sz="0" w:space="0" w:color="auto"/>
                    <w:right w:val="none" w:sz="0" w:space="0" w:color="auto"/>
                  </w:divBdr>
                  <w:divsChild>
                    <w:div w:id="201329915">
                      <w:marLeft w:val="0"/>
                      <w:marRight w:val="0"/>
                      <w:marTop w:val="0"/>
                      <w:marBottom w:val="0"/>
                      <w:divBdr>
                        <w:top w:val="none" w:sz="0" w:space="0" w:color="auto"/>
                        <w:left w:val="none" w:sz="0" w:space="0" w:color="auto"/>
                        <w:bottom w:val="none" w:sz="0" w:space="0" w:color="auto"/>
                        <w:right w:val="none" w:sz="0" w:space="0" w:color="auto"/>
                      </w:divBdr>
                    </w:div>
                  </w:divsChild>
                </w:div>
                <w:div w:id="1765371375">
                  <w:marLeft w:val="0"/>
                  <w:marRight w:val="0"/>
                  <w:marTop w:val="0"/>
                  <w:marBottom w:val="0"/>
                  <w:divBdr>
                    <w:top w:val="none" w:sz="0" w:space="0" w:color="auto"/>
                    <w:left w:val="none" w:sz="0" w:space="0" w:color="auto"/>
                    <w:bottom w:val="none" w:sz="0" w:space="0" w:color="auto"/>
                    <w:right w:val="none" w:sz="0" w:space="0" w:color="auto"/>
                  </w:divBdr>
                  <w:divsChild>
                    <w:div w:id="733357161">
                      <w:marLeft w:val="0"/>
                      <w:marRight w:val="0"/>
                      <w:marTop w:val="0"/>
                      <w:marBottom w:val="0"/>
                      <w:divBdr>
                        <w:top w:val="none" w:sz="0" w:space="0" w:color="auto"/>
                        <w:left w:val="none" w:sz="0" w:space="0" w:color="auto"/>
                        <w:bottom w:val="none" w:sz="0" w:space="0" w:color="auto"/>
                        <w:right w:val="none" w:sz="0" w:space="0" w:color="auto"/>
                      </w:divBdr>
                    </w:div>
                  </w:divsChild>
                </w:div>
                <w:div w:id="1059790095">
                  <w:marLeft w:val="0"/>
                  <w:marRight w:val="0"/>
                  <w:marTop w:val="0"/>
                  <w:marBottom w:val="0"/>
                  <w:divBdr>
                    <w:top w:val="none" w:sz="0" w:space="0" w:color="auto"/>
                    <w:left w:val="none" w:sz="0" w:space="0" w:color="auto"/>
                    <w:bottom w:val="none" w:sz="0" w:space="0" w:color="auto"/>
                    <w:right w:val="none" w:sz="0" w:space="0" w:color="auto"/>
                  </w:divBdr>
                  <w:divsChild>
                    <w:div w:id="263878815">
                      <w:marLeft w:val="0"/>
                      <w:marRight w:val="0"/>
                      <w:marTop w:val="0"/>
                      <w:marBottom w:val="0"/>
                      <w:divBdr>
                        <w:top w:val="none" w:sz="0" w:space="0" w:color="auto"/>
                        <w:left w:val="none" w:sz="0" w:space="0" w:color="auto"/>
                        <w:bottom w:val="none" w:sz="0" w:space="0" w:color="auto"/>
                        <w:right w:val="none" w:sz="0" w:space="0" w:color="auto"/>
                      </w:divBdr>
                    </w:div>
                    <w:div w:id="550576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282941">
          <w:marLeft w:val="0"/>
          <w:marRight w:val="0"/>
          <w:marTop w:val="0"/>
          <w:marBottom w:val="0"/>
          <w:divBdr>
            <w:top w:val="none" w:sz="0" w:space="0" w:color="auto"/>
            <w:left w:val="none" w:sz="0" w:space="0" w:color="auto"/>
            <w:bottom w:val="none" w:sz="0" w:space="0" w:color="auto"/>
            <w:right w:val="none" w:sz="0" w:space="0" w:color="auto"/>
          </w:divBdr>
        </w:div>
      </w:divsChild>
    </w:div>
    <w:div w:id="801659666">
      <w:bodyDiv w:val="1"/>
      <w:marLeft w:val="0"/>
      <w:marRight w:val="0"/>
      <w:marTop w:val="0"/>
      <w:marBottom w:val="0"/>
      <w:divBdr>
        <w:top w:val="none" w:sz="0" w:space="0" w:color="auto"/>
        <w:left w:val="none" w:sz="0" w:space="0" w:color="auto"/>
        <w:bottom w:val="none" w:sz="0" w:space="0" w:color="auto"/>
        <w:right w:val="none" w:sz="0" w:space="0" w:color="auto"/>
      </w:divBdr>
      <w:divsChild>
        <w:div w:id="152448940">
          <w:marLeft w:val="0"/>
          <w:marRight w:val="0"/>
          <w:marTop w:val="0"/>
          <w:marBottom w:val="0"/>
          <w:divBdr>
            <w:top w:val="none" w:sz="0" w:space="0" w:color="auto"/>
            <w:left w:val="none" w:sz="0" w:space="0" w:color="auto"/>
            <w:bottom w:val="none" w:sz="0" w:space="0" w:color="auto"/>
            <w:right w:val="none" w:sz="0" w:space="0" w:color="auto"/>
          </w:divBdr>
        </w:div>
        <w:div w:id="1809274318">
          <w:marLeft w:val="0"/>
          <w:marRight w:val="0"/>
          <w:marTop w:val="0"/>
          <w:marBottom w:val="0"/>
          <w:divBdr>
            <w:top w:val="none" w:sz="0" w:space="0" w:color="auto"/>
            <w:left w:val="none" w:sz="0" w:space="0" w:color="auto"/>
            <w:bottom w:val="none" w:sz="0" w:space="0" w:color="auto"/>
            <w:right w:val="none" w:sz="0" w:space="0" w:color="auto"/>
          </w:divBdr>
        </w:div>
        <w:div w:id="1894538030">
          <w:marLeft w:val="0"/>
          <w:marRight w:val="0"/>
          <w:marTop w:val="0"/>
          <w:marBottom w:val="0"/>
          <w:divBdr>
            <w:top w:val="none" w:sz="0" w:space="0" w:color="auto"/>
            <w:left w:val="none" w:sz="0" w:space="0" w:color="auto"/>
            <w:bottom w:val="none" w:sz="0" w:space="0" w:color="auto"/>
            <w:right w:val="none" w:sz="0" w:space="0" w:color="auto"/>
          </w:divBdr>
        </w:div>
        <w:div w:id="251545487">
          <w:marLeft w:val="0"/>
          <w:marRight w:val="0"/>
          <w:marTop w:val="0"/>
          <w:marBottom w:val="0"/>
          <w:divBdr>
            <w:top w:val="none" w:sz="0" w:space="0" w:color="auto"/>
            <w:left w:val="none" w:sz="0" w:space="0" w:color="auto"/>
            <w:bottom w:val="none" w:sz="0" w:space="0" w:color="auto"/>
            <w:right w:val="none" w:sz="0" w:space="0" w:color="auto"/>
          </w:divBdr>
        </w:div>
        <w:div w:id="1408380495">
          <w:marLeft w:val="0"/>
          <w:marRight w:val="0"/>
          <w:marTop w:val="0"/>
          <w:marBottom w:val="0"/>
          <w:divBdr>
            <w:top w:val="none" w:sz="0" w:space="0" w:color="auto"/>
            <w:left w:val="none" w:sz="0" w:space="0" w:color="auto"/>
            <w:bottom w:val="none" w:sz="0" w:space="0" w:color="auto"/>
            <w:right w:val="none" w:sz="0" w:space="0" w:color="auto"/>
          </w:divBdr>
        </w:div>
        <w:div w:id="803084981">
          <w:marLeft w:val="0"/>
          <w:marRight w:val="0"/>
          <w:marTop w:val="0"/>
          <w:marBottom w:val="0"/>
          <w:divBdr>
            <w:top w:val="none" w:sz="0" w:space="0" w:color="auto"/>
            <w:left w:val="none" w:sz="0" w:space="0" w:color="auto"/>
            <w:bottom w:val="none" w:sz="0" w:space="0" w:color="auto"/>
            <w:right w:val="none" w:sz="0" w:space="0" w:color="auto"/>
          </w:divBdr>
        </w:div>
        <w:div w:id="876896259">
          <w:marLeft w:val="0"/>
          <w:marRight w:val="0"/>
          <w:marTop w:val="0"/>
          <w:marBottom w:val="0"/>
          <w:divBdr>
            <w:top w:val="none" w:sz="0" w:space="0" w:color="auto"/>
            <w:left w:val="none" w:sz="0" w:space="0" w:color="auto"/>
            <w:bottom w:val="none" w:sz="0" w:space="0" w:color="auto"/>
            <w:right w:val="none" w:sz="0" w:space="0" w:color="auto"/>
          </w:divBdr>
        </w:div>
        <w:div w:id="48304374">
          <w:marLeft w:val="0"/>
          <w:marRight w:val="0"/>
          <w:marTop w:val="0"/>
          <w:marBottom w:val="0"/>
          <w:divBdr>
            <w:top w:val="none" w:sz="0" w:space="0" w:color="auto"/>
            <w:left w:val="none" w:sz="0" w:space="0" w:color="auto"/>
            <w:bottom w:val="none" w:sz="0" w:space="0" w:color="auto"/>
            <w:right w:val="none" w:sz="0" w:space="0" w:color="auto"/>
          </w:divBdr>
        </w:div>
        <w:div w:id="967858122">
          <w:marLeft w:val="0"/>
          <w:marRight w:val="0"/>
          <w:marTop w:val="0"/>
          <w:marBottom w:val="0"/>
          <w:divBdr>
            <w:top w:val="none" w:sz="0" w:space="0" w:color="auto"/>
            <w:left w:val="none" w:sz="0" w:space="0" w:color="auto"/>
            <w:bottom w:val="none" w:sz="0" w:space="0" w:color="auto"/>
            <w:right w:val="none" w:sz="0" w:space="0" w:color="auto"/>
          </w:divBdr>
        </w:div>
        <w:div w:id="2000302769">
          <w:marLeft w:val="0"/>
          <w:marRight w:val="0"/>
          <w:marTop w:val="0"/>
          <w:marBottom w:val="0"/>
          <w:divBdr>
            <w:top w:val="none" w:sz="0" w:space="0" w:color="auto"/>
            <w:left w:val="none" w:sz="0" w:space="0" w:color="auto"/>
            <w:bottom w:val="none" w:sz="0" w:space="0" w:color="auto"/>
            <w:right w:val="none" w:sz="0" w:space="0" w:color="auto"/>
          </w:divBdr>
        </w:div>
        <w:div w:id="1054769028">
          <w:marLeft w:val="0"/>
          <w:marRight w:val="0"/>
          <w:marTop w:val="0"/>
          <w:marBottom w:val="0"/>
          <w:divBdr>
            <w:top w:val="none" w:sz="0" w:space="0" w:color="auto"/>
            <w:left w:val="none" w:sz="0" w:space="0" w:color="auto"/>
            <w:bottom w:val="none" w:sz="0" w:space="0" w:color="auto"/>
            <w:right w:val="none" w:sz="0" w:space="0" w:color="auto"/>
          </w:divBdr>
        </w:div>
        <w:div w:id="411127881">
          <w:marLeft w:val="0"/>
          <w:marRight w:val="0"/>
          <w:marTop w:val="0"/>
          <w:marBottom w:val="0"/>
          <w:divBdr>
            <w:top w:val="none" w:sz="0" w:space="0" w:color="auto"/>
            <w:left w:val="none" w:sz="0" w:space="0" w:color="auto"/>
            <w:bottom w:val="none" w:sz="0" w:space="0" w:color="auto"/>
            <w:right w:val="none" w:sz="0" w:space="0" w:color="auto"/>
          </w:divBdr>
        </w:div>
        <w:div w:id="451630811">
          <w:marLeft w:val="0"/>
          <w:marRight w:val="0"/>
          <w:marTop w:val="0"/>
          <w:marBottom w:val="0"/>
          <w:divBdr>
            <w:top w:val="none" w:sz="0" w:space="0" w:color="auto"/>
            <w:left w:val="none" w:sz="0" w:space="0" w:color="auto"/>
            <w:bottom w:val="none" w:sz="0" w:space="0" w:color="auto"/>
            <w:right w:val="none" w:sz="0" w:space="0" w:color="auto"/>
          </w:divBdr>
        </w:div>
        <w:div w:id="1132944845">
          <w:marLeft w:val="0"/>
          <w:marRight w:val="0"/>
          <w:marTop w:val="0"/>
          <w:marBottom w:val="0"/>
          <w:divBdr>
            <w:top w:val="none" w:sz="0" w:space="0" w:color="auto"/>
            <w:left w:val="none" w:sz="0" w:space="0" w:color="auto"/>
            <w:bottom w:val="none" w:sz="0" w:space="0" w:color="auto"/>
            <w:right w:val="none" w:sz="0" w:space="0" w:color="auto"/>
          </w:divBdr>
        </w:div>
        <w:div w:id="911231474">
          <w:marLeft w:val="0"/>
          <w:marRight w:val="0"/>
          <w:marTop w:val="0"/>
          <w:marBottom w:val="0"/>
          <w:divBdr>
            <w:top w:val="none" w:sz="0" w:space="0" w:color="auto"/>
            <w:left w:val="none" w:sz="0" w:space="0" w:color="auto"/>
            <w:bottom w:val="none" w:sz="0" w:space="0" w:color="auto"/>
            <w:right w:val="none" w:sz="0" w:space="0" w:color="auto"/>
          </w:divBdr>
        </w:div>
        <w:div w:id="1564175584">
          <w:marLeft w:val="0"/>
          <w:marRight w:val="0"/>
          <w:marTop w:val="0"/>
          <w:marBottom w:val="0"/>
          <w:divBdr>
            <w:top w:val="none" w:sz="0" w:space="0" w:color="auto"/>
            <w:left w:val="none" w:sz="0" w:space="0" w:color="auto"/>
            <w:bottom w:val="none" w:sz="0" w:space="0" w:color="auto"/>
            <w:right w:val="none" w:sz="0" w:space="0" w:color="auto"/>
          </w:divBdr>
        </w:div>
        <w:div w:id="1675764547">
          <w:marLeft w:val="0"/>
          <w:marRight w:val="0"/>
          <w:marTop w:val="0"/>
          <w:marBottom w:val="0"/>
          <w:divBdr>
            <w:top w:val="none" w:sz="0" w:space="0" w:color="auto"/>
            <w:left w:val="none" w:sz="0" w:space="0" w:color="auto"/>
            <w:bottom w:val="none" w:sz="0" w:space="0" w:color="auto"/>
            <w:right w:val="none" w:sz="0" w:space="0" w:color="auto"/>
          </w:divBdr>
        </w:div>
        <w:div w:id="1724720017">
          <w:marLeft w:val="0"/>
          <w:marRight w:val="0"/>
          <w:marTop w:val="0"/>
          <w:marBottom w:val="0"/>
          <w:divBdr>
            <w:top w:val="none" w:sz="0" w:space="0" w:color="auto"/>
            <w:left w:val="none" w:sz="0" w:space="0" w:color="auto"/>
            <w:bottom w:val="none" w:sz="0" w:space="0" w:color="auto"/>
            <w:right w:val="none" w:sz="0" w:space="0" w:color="auto"/>
          </w:divBdr>
        </w:div>
        <w:div w:id="206453187">
          <w:marLeft w:val="0"/>
          <w:marRight w:val="0"/>
          <w:marTop w:val="0"/>
          <w:marBottom w:val="0"/>
          <w:divBdr>
            <w:top w:val="none" w:sz="0" w:space="0" w:color="auto"/>
            <w:left w:val="none" w:sz="0" w:space="0" w:color="auto"/>
            <w:bottom w:val="none" w:sz="0" w:space="0" w:color="auto"/>
            <w:right w:val="none" w:sz="0" w:space="0" w:color="auto"/>
          </w:divBdr>
        </w:div>
        <w:div w:id="193347213">
          <w:marLeft w:val="0"/>
          <w:marRight w:val="0"/>
          <w:marTop w:val="0"/>
          <w:marBottom w:val="0"/>
          <w:divBdr>
            <w:top w:val="none" w:sz="0" w:space="0" w:color="auto"/>
            <w:left w:val="none" w:sz="0" w:space="0" w:color="auto"/>
            <w:bottom w:val="none" w:sz="0" w:space="0" w:color="auto"/>
            <w:right w:val="none" w:sz="0" w:space="0" w:color="auto"/>
          </w:divBdr>
        </w:div>
        <w:div w:id="1243948136">
          <w:marLeft w:val="0"/>
          <w:marRight w:val="0"/>
          <w:marTop w:val="0"/>
          <w:marBottom w:val="0"/>
          <w:divBdr>
            <w:top w:val="none" w:sz="0" w:space="0" w:color="auto"/>
            <w:left w:val="none" w:sz="0" w:space="0" w:color="auto"/>
            <w:bottom w:val="none" w:sz="0" w:space="0" w:color="auto"/>
            <w:right w:val="none" w:sz="0" w:space="0" w:color="auto"/>
          </w:divBdr>
        </w:div>
        <w:div w:id="1059137025">
          <w:marLeft w:val="0"/>
          <w:marRight w:val="0"/>
          <w:marTop w:val="0"/>
          <w:marBottom w:val="0"/>
          <w:divBdr>
            <w:top w:val="none" w:sz="0" w:space="0" w:color="auto"/>
            <w:left w:val="none" w:sz="0" w:space="0" w:color="auto"/>
            <w:bottom w:val="none" w:sz="0" w:space="0" w:color="auto"/>
            <w:right w:val="none" w:sz="0" w:space="0" w:color="auto"/>
          </w:divBdr>
        </w:div>
        <w:div w:id="427893497">
          <w:marLeft w:val="0"/>
          <w:marRight w:val="0"/>
          <w:marTop w:val="0"/>
          <w:marBottom w:val="0"/>
          <w:divBdr>
            <w:top w:val="none" w:sz="0" w:space="0" w:color="auto"/>
            <w:left w:val="none" w:sz="0" w:space="0" w:color="auto"/>
            <w:bottom w:val="none" w:sz="0" w:space="0" w:color="auto"/>
            <w:right w:val="none" w:sz="0" w:space="0" w:color="auto"/>
          </w:divBdr>
        </w:div>
        <w:div w:id="1095057361">
          <w:marLeft w:val="0"/>
          <w:marRight w:val="0"/>
          <w:marTop w:val="0"/>
          <w:marBottom w:val="0"/>
          <w:divBdr>
            <w:top w:val="none" w:sz="0" w:space="0" w:color="auto"/>
            <w:left w:val="none" w:sz="0" w:space="0" w:color="auto"/>
            <w:bottom w:val="none" w:sz="0" w:space="0" w:color="auto"/>
            <w:right w:val="none" w:sz="0" w:space="0" w:color="auto"/>
          </w:divBdr>
        </w:div>
        <w:div w:id="1182009901">
          <w:marLeft w:val="0"/>
          <w:marRight w:val="0"/>
          <w:marTop w:val="0"/>
          <w:marBottom w:val="0"/>
          <w:divBdr>
            <w:top w:val="none" w:sz="0" w:space="0" w:color="auto"/>
            <w:left w:val="none" w:sz="0" w:space="0" w:color="auto"/>
            <w:bottom w:val="none" w:sz="0" w:space="0" w:color="auto"/>
            <w:right w:val="none" w:sz="0" w:space="0" w:color="auto"/>
          </w:divBdr>
        </w:div>
        <w:div w:id="1793787068">
          <w:marLeft w:val="0"/>
          <w:marRight w:val="0"/>
          <w:marTop w:val="0"/>
          <w:marBottom w:val="0"/>
          <w:divBdr>
            <w:top w:val="none" w:sz="0" w:space="0" w:color="auto"/>
            <w:left w:val="none" w:sz="0" w:space="0" w:color="auto"/>
            <w:bottom w:val="none" w:sz="0" w:space="0" w:color="auto"/>
            <w:right w:val="none" w:sz="0" w:space="0" w:color="auto"/>
          </w:divBdr>
        </w:div>
        <w:div w:id="698699539">
          <w:marLeft w:val="0"/>
          <w:marRight w:val="0"/>
          <w:marTop w:val="0"/>
          <w:marBottom w:val="0"/>
          <w:divBdr>
            <w:top w:val="none" w:sz="0" w:space="0" w:color="auto"/>
            <w:left w:val="none" w:sz="0" w:space="0" w:color="auto"/>
            <w:bottom w:val="none" w:sz="0" w:space="0" w:color="auto"/>
            <w:right w:val="none" w:sz="0" w:space="0" w:color="auto"/>
          </w:divBdr>
        </w:div>
        <w:div w:id="412314433">
          <w:marLeft w:val="0"/>
          <w:marRight w:val="0"/>
          <w:marTop w:val="0"/>
          <w:marBottom w:val="0"/>
          <w:divBdr>
            <w:top w:val="none" w:sz="0" w:space="0" w:color="auto"/>
            <w:left w:val="none" w:sz="0" w:space="0" w:color="auto"/>
            <w:bottom w:val="none" w:sz="0" w:space="0" w:color="auto"/>
            <w:right w:val="none" w:sz="0" w:space="0" w:color="auto"/>
          </w:divBdr>
        </w:div>
        <w:div w:id="1413772290">
          <w:marLeft w:val="0"/>
          <w:marRight w:val="0"/>
          <w:marTop w:val="0"/>
          <w:marBottom w:val="0"/>
          <w:divBdr>
            <w:top w:val="none" w:sz="0" w:space="0" w:color="auto"/>
            <w:left w:val="none" w:sz="0" w:space="0" w:color="auto"/>
            <w:bottom w:val="none" w:sz="0" w:space="0" w:color="auto"/>
            <w:right w:val="none" w:sz="0" w:space="0" w:color="auto"/>
          </w:divBdr>
        </w:div>
        <w:div w:id="515729588">
          <w:marLeft w:val="0"/>
          <w:marRight w:val="0"/>
          <w:marTop w:val="0"/>
          <w:marBottom w:val="0"/>
          <w:divBdr>
            <w:top w:val="none" w:sz="0" w:space="0" w:color="auto"/>
            <w:left w:val="none" w:sz="0" w:space="0" w:color="auto"/>
            <w:bottom w:val="none" w:sz="0" w:space="0" w:color="auto"/>
            <w:right w:val="none" w:sz="0" w:space="0" w:color="auto"/>
          </w:divBdr>
        </w:div>
        <w:div w:id="1590850341">
          <w:marLeft w:val="0"/>
          <w:marRight w:val="0"/>
          <w:marTop w:val="0"/>
          <w:marBottom w:val="0"/>
          <w:divBdr>
            <w:top w:val="none" w:sz="0" w:space="0" w:color="auto"/>
            <w:left w:val="none" w:sz="0" w:space="0" w:color="auto"/>
            <w:bottom w:val="none" w:sz="0" w:space="0" w:color="auto"/>
            <w:right w:val="none" w:sz="0" w:space="0" w:color="auto"/>
          </w:divBdr>
        </w:div>
        <w:div w:id="1840776005">
          <w:marLeft w:val="0"/>
          <w:marRight w:val="0"/>
          <w:marTop w:val="0"/>
          <w:marBottom w:val="0"/>
          <w:divBdr>
            <w:top w:val="none" w:sz="0" w:space="0" w:color="auto"/>
            <w:left w:val="none" w:sz="0" w:space="0" w:color="auto"/>
            <w:bottom w:val="none" w:sz="0" w:space="0" w:color="auto"/>
            <w:right w:val="none" w:sz="0" w:space="0" w:color="auto"/>
          </w:divBdr>
        </w:div>
        <w:div w:id="2084059597">
          <w:marLeft w:val="0"/>
          <w:marRight w:val="0"/>
          <w:marTop w:val="0"/>
          <w:marBottom w:val="0"/>
          <w:divBdr>
            <w:top w:val="none" w:sz="0" w:space="0" w:color="auto"/>
            <w:left w:val="none" w:sz="0" w:space="0" w:color="auto"/>
            <w:bottom w:val="none" w:sz="0" w:space="0" w:color="auto"/>
            <w:right w:val="none" w:sz="0" w:space="0" w:color="auto"/>
          </w:divBdr>
        </w:div>
        <w:div w:id="311296468">
          <w:marLeft w:val="0"/>
          <w:marRight w:val="0"/>
          <w:marTop w:val="0"/>
          <w:marBottom w:val="0"/>
          <w:divBdr>
            <w:top w:val="none" w:sz="0" w:space="0" w:color="auto"/>
            <w:left w:val="none" w:sz="0" w:space="0" w:color="auto"/>
            <w:bottom w:val="none" w:sz="0" w:space="0" w:color="auto"/>
            <w:right w:val="none" w:sz="0" w:space="0" w:color="auto"/>
          </w:divBdr>
        </w:div>
        <w:div w:id="415371162">
          <w:marLeft w:val="0"/>
          <w:marRight w:val="0"/>
          <w:marTop w:val="0"/>
          <w:marBottom w:val="0"/>
          <w:divBdr>
            <w:top w:val="none" w:sz="0" w:space="0" w:color="auto"/>
            <w:left w:val="none" w:sz="0" w:space="0" w:color="auto"/>
            <w:bottom w:val="none" w:sz="0" w:space="0" w:color="auto"/>
            <w:right w:val="none" w:sz="0" w:space="0" w:color="auto"/>
          </w:divBdr>
        </w:div>
        <w:div w:id="149754145">
          <w:marLeft w:val="0"/>
          <w:marRight w:val="0"/>
          <w:marTop w:val="0"/>
          <w:marBottom w:val="0"/>
          <w:divBdr>
            <w:top w:val="none" w:sz="0" w:space="0" w:color="auto"/>
            <w:left w:val="none" w:sz="0" w:space="0" w:color="auto"/>
            <w:bottom w:val="none" w:sz="0" w:space="0" w:color="auto"/>
            <w:right w:val="none" w:sz="0" w:space="0" w:color="auto"/>
          </w:divBdr>
        </w:div>
        <w:div w:id="637029651">
          <w:marLeft w:val="0"/>
          <w:marRight w:val="0"/>
          <w:marTop w:val="0"/>
          <w:marBottom w:val="0"/>
          <w:divBdr>
            <w:top w:val="none" w:sz="0" w:space="0" w:color="auto"/>
            <w:left w:val="none" w:sz="0" w:space="0" w:color="auto"/>
            <w:bottom w:val="none" w:sz="0" w:space="0" w:color="auto"/>
            <w:right w:val="none" w:sz="0" w:space="0" w:color="auto"/>
          </w:divBdr>
        </w:div>
        <w:div w:id="2066097988">
          <w:marLeft w:val="0"/>
          <w:marRight w:val="0"/>
          <w:marTop w:val="0"/>
          <w:marBottom w:val="0"/>
          <w:divBdr>
            <w:top w:val="none" w:sz="0" w:space="0" w:color="auto"/>
            <w:left w:val="none" w:sz="0" w:space="0" w:color="auto"/>
            <w:bottom w:val="none" w:sz="0" w:space="0" w:color="auto"/>
            <w:right w:val="none" w:sz="0" w:space="0" w:color="auto"/>
          </w:divBdr>
        </w:div>
        <w:div w:id="1842892066">
          <w:marLeft w:val="0"/>
          <w:marRight w:val="0"/>
          <w:marTop w:val="0"/>
          <w:marBottom w:val="0"/>
          <w:divBdr>
            <w:top w:val="none" w:sz="0" w:space="0" w:color="auto"/>
            <w:left w:val="none" w:sz="0" w:space="0" w:color="auto"/>
            <w:bottom w:val="none" w:sz="0" w:space="0" w:color="auto"/>
            <w:right w:val="none" w:sz="0" w:space="0" w:color="auto"/>
          </w:divBdr>
        </w:div>
        <w:div w:id="726340415">
          <w:marLeft w:val="0"/>
          <w:marRight w:val="0"/>
          <w:marTop w:val="0"/>
          <w:marBottom w:val="0"/>
          <w:divBdr>
            <w:top w:val="none" w:sz="0" w:space="0" w:color="auto"/>
            <w:left w:val="none" w:sz="0" w:space="0" w:color="auto"/>
            <w:bottom w:val="none" w:sz="0" w:space="0" w:color="auto"/>
            <w:right w:val="none" w:sz="0" w:space="0" w:color="auto"/>
          </w:divBdr>
        </w:div>
        <w:div w:id="1952779992">
          <w:marLeft w:val="0"/>
          <w:marRight w:val="0"/>
          <w:marTop w:val="0"/>
          <w:marBottom w:val="0"/>
          <w:divBdr>
            <w:top w:val="none" w:sz="0" w:space="0" w:color="auto"/>
            <w:left w:val="none" w:sz="0" w:space="0" w:color="auto"/>
            <w:bottom w:val="none" w:sz="0" w:space="0" w:color="auto"/>
            <w:right w:val="none" w:sz="0" w:space="0" w:color="auto"/>
          </w:divBdr>
        </w:div>
        <w:div w:id="284435757">
          <w:marLeft w:val="0"/>
          <w:marRight w:val="0"/>
          <w:marTop w:val="0"/>
          <w:marBottom w:val="0"/>
          <w:divBdr>
            <w:top w:val="none" w:sz="0" w:space="0" w:color="auto"/>
            <w:left w:val="none" w:sz="0" w:space="0" w:color="auto"/>
            <w:bottom w:val="none" w:sz="0" w:space="0" w:color="auto"/>
            <w:right w:val="none" w:sz="0" w:space="0" w:color="auto"/>
          </w:divBdr>
        </w:div>
      </w:divsChild>
    </w:div>
    <w:div w:id="1469476905">
      <w:bodyDiv w:val="1"/>
      <w:marLeft w:val="0"/>
      <w:marRight w:val="0"/>
      <w:marTop w:val="0"/>
      <w:marBottom w:val="0"/>
      <w:divBdr>
        <w:top w:val="none" w:sz="0" w:space="0" w:color="auto"/>
        <w:left w:val="none" w:sz="0" w:space="0" w:color="auto"/>
        <w:bottom w:val="none" w:sz="0" w:space="0" w:color="auto"/>
        <w:right w:val="none" w:sz="0" w:space="0" w:color="auto"/>
      </w:divBdr>
      <w:divsChild>
        <w:div w:id="761876481">
          <w:marLeft w:val="0"/>
          <w:marRight w:val="0"/>
          <w:marTop w:val="0"/>
          <w:marBottom w:val="0"/>
          <w:divBdr>
            <w:top w:val="none" w:sz="0" w:space="0" w:color="auto"/>
            <w:left w:val="none" w:sz="0" w:space="0" w:color="auto"/>
            <w:bottom w:val="none" w:sz="0" w:space="0" w:color="auto"/>
            <w:right w:val="none" w:sz="0" w:space="0" w:color="auto"/>
          </w:divBdr>
        </w:div>
        <w:div w:id="1018695611">
          <w:marLeft w:val="0"/>
          <w:marRight w:val="0"/>
          <w:marTop w:val="0"/>
          <w:marBottom w:val="0"/>
          <w:divBdr>
            <w:top w:val="none" w:sz="0" w:space="0" w:color="auto"/>
            <w:left w:val="none" w:sz="0" w:space="0" w:color="auto"/>
            <w:bottom w:val="none" w:sz="0" w:space="0" w:color="auto"/>
            <w:right w:val="none" w:sz="0" w:space="0" w:color="auto"/>
          </w:divBdr>
          <w:divsChild>
            <w:div w:id="2074040554">
              <w:marLeft w:val="-75"/>
              <w:marRight w:val="0"/>
              <w:marTop w:val="30"/>
              <w:marBottom w:val="30"/>
              <w:divBdr>
                <w:top w:val="none" w:sz="0" w:space="0" w:color="auto"/>
                <w:left w:val="none" w:sz="0" w:space="0" w:color="auto"/>
                <w:bottom w:val="none" w:sz="0" w:space="0" w:color="auto"/>
                <w:right w:val="none" w:sz="0" w:space="0" w:color="auto"/>
              </w:divBdr>
              <w:divsChild>
                <w:div w:id="1820422431">
                  <w:marLeft w:val="0"/>
                  <w:marRight w:val="0"/>
                  <w:marTop w:val="0"/>
                  <w:marBottom w:val="0"/>
                  <w:divBdr>
                    <w:top w:val="none" w:sz="0" w:space="0" w:color="auto"/>
                    <w:left w:val="none" w:sz="0" w:space="0" w:color="auto"/>
                    <w:bottom w:val="none" w:sz="0" w:space="0" w:color="auto"/>
                    <w:right w:val="none" w:sz="0" w:space="0" w:color="auto"/>
                  </w:divBdr>
                  <w:divsChild>
                    <w:div w:id="1492988264">
                      <w:marLeft w:val="0"/>
                      <w:marRight w:val="0"/>
                      <w:marTop w:val="0"/>
                      <w:marBottom w:val="0"/>
                      <w:divBdr>
                        <w:top w:val="none" w:sz="0" w:space="0" w:color="auto"/>
                        <w:left w:val="none" w:sz="0" w:space="0" w:color="auto"/>
                        <w:bottom w:val="none" w:sz="0" w:space="0" w:color="auto"/>
                        <w:right w:val="none" w:sz="0" w:space="0" w:color="auto"/>
                      </w:divBdr>
                    </w:div>
                  </w:divsChild>
                </w:div>
                <w:div w:id="1316567839">
                  <w:marLeft w:val="0"/>
                  <w:marRight w:val="0"/>
                  <w:marTop w:val="0"/>
                  <w:marBottom w:val="0"/>
                  <w:divBdr>
                    <w:top w:val="none" w:sz="0" w:space="0" w:color="auto"/>
                    <w:left w:val="none" w:sz="0" w:space="0" w:color="auto"/>
                    <w:bottom w:val="none" w:sz="0" w:space="0" w:color="auto"/>
                    <w:right w:val="none" w:sz="0" w:space="0" w:color="auto"/>
                  </w:divBdr>
                  <w:divsChild>
                    <w:div w:id="1788963826">
                      <w:marLeft w:val="0"/>
                      <w:marRight w:val="0"/>
                      <w:marTop w:val="0"/>
                      <w:marBottom w:val="0"/>
                      <w:divBdr>
                        <w:top w:val="none" w:sz="0" w:space="0" w:color="auto"/>
                        <w:left w:val="none" w:sz="0" w:space="0" w:color="auto"/>
                        <w:bottom w:val="none" w:sz="0" w:space="0" w:color="auto"/>
                        <w:right w:val="none" w:sz="0" w:space="0" w:color="auto"/>
                      </w:divBdr>
                    </w:div>
                  </w:divsChild>
                </w:div>
                <w:div w:id="1556045641">
                  <w:marLeft w:val="0"/>
                  <w:marRight w:val="0"/>
                  <w:marTop w:val="0"/>
                  <w:marBottom w:val="0"/>
                  <w:divBdr>
                    <w:top w:val="none" w:sz="0" w:space="0" w:color="auto"/>
                    <w:left w:val="none" w:sz="0" w:space="0" w:color="auto"/>
                    <w:bottom w:val="none" w:sz="0" w:space="0" w:color="auto"/>
                    <w:right w:val="none" w:sz="0" w:space="0" w:color="auto"/>
                  </w:divBdr>
                  <w:divsChild>
                    <w:div w:id="1036662800">
                      <w:marLeft w:val="0"/>
                      <w:marRight w:val="0"/>
                      <w:marTop w:val="0"/>
                      <w:marBottom w:val="0"/>
                      <w:divBdr>
                        <w:top w:val="none" w:sz="0" w:space="0" w:color="auto"/>
                        <w:left w:val="none" w:sz="0" w:space="0" w:color="auto"/>
                        <w:bottom w:val="none" w:sz="0" w:space="0" w:color="auto"/>
                        <w:right w:val="none" w:sz="0" w:space="0" w:color="auto"/>
                      </w:divBdr>
                    </w:div>
                  </w:divsChild>
                </w:div>
                <w:div w:id="353922002">
                  <w:marLeft w:val="0"/>
                  <w:marRight w:val="0"/>
                  <w:marTop w:val="0"/>
                  <w:marBottom w:val="0"/>
                  <w:divBdr>
                    <w:top w:val="none" w:sz="0" w:space="0" w:color="auto"/>
                    <w:left w:val="none" w:sz="0" w:space="0" w:color="auto"/>
                    <w:bottom w:val="none" w:sz="0" w:space="0" w:color="auto"/>
                    <w:right w:val="none" w:sz="0" w:space="0" w:color="auto"/>
                  </w:divBdr>
                  <w:divsChild>
                    <w:div w:id="431630980">
                      <w:marLeft w:val="0"/>
                      <w:marRight w:val="0"/>
                      <w:marTop w:val="0"/>
                      <w:marBottom w:val="0"/>
                      <w:divBdr>
                        <w:top w:val="none" w:sz="0" w:space="0" w:color="auto"/>
                        <w:left w:val="none" w:sz="0" w:space="0" w:color="auto"/>
                        <w:bottom w:val="none" w:sz="0" w:space="0" w:color="auto"/>
                        <w:right w:val="none" w:sz="0" w:space="0" w:color="auto"/>
                      </w:divBdr>
                    </w:div>
                  </w:divsChild>
                </w:div>
                <w:div w:id="696083885">
                  <w:marLeft w:val="0"/>
                  <w:marRight w:val="0"/>
                  <w:marTop w:val="0"/>
                  <w:marBottom w:val="0"/>
                  <w:divBdr>
                    <w:top w:val="none" w:sz="0" w:space="0" w:color="auto"/>
                    <w:left w:val="none" w:sz="0" w:space="0" w:color="auto"/>
                    <w:bottom w:val="none" w:sz="0" w:space="0" w:color="auto"/>
                    <w:right w:val="none" w:sz="0" w:space="0" w:color="auto"/>
                  </w:divBdr>
                  <w:divsChild>
                    <w:div w:id="1873030452">
                      <w:marLeft w:val="0"/>
                      <w:marRight w:val="0"/>
                      <w:marTop w:val="0"/>
                      <w:marBottom w:val="0"/>
                      <w:divBdr>
                        <w:top w:val="none" w:sz="0" w:space="0" w:color="auto"/>
                        <w:left w:val="none" w:sz="0" w:space="0" w:color="auto"/>
                        <w:bottom w:val="none" w:sz="0" w:space="0" w:color="auto"/>
                        <w:right w:val="none" w:sz="0" w:space="0" w:color="auto"/>
                      </w:divBdr>
                    </w:div>
                  </w:divsChild>
                </w:div>
                <w:div w:id="1661612412">
                  <w:marLeft w:val="0"/>
                  <w:marRight w:val="0"/>
                  <w:marTop w:val="0"/>
                  <w:marBottom w:val="0"/>
                  <w:divBdr>
                    <w:top w:val="none" w:sz="0" w:space="0" w:color="auto"/>
                    <w:left w:val="none" w:sz="0" w:space="0" w:color="auto"/>
                    <w:bottom w:val="none" w:sz="0" w:space="0" w:color="auto"/>
                    <w:right w:val="none" w:sz="0" w:space="0" w:color="auto"/>
                  </w:divBdr>
                  <w:divsChild>
                    <w:div w:id="1199008581">
                      <w:marLeft w:val="0"/>
                      <w:marRight w:val="0"/>
                      <w:marTop w:val="0"/>
                      <w:marBottom w:val="0"/>
                      <w:divBdr>
                        <w:top w:val="none" w:sz="0" w:space="0" w:color="auto"/>
                        <w:left w:val="none" w:sz="0" w:space="0" w:color="auto"/>
                        <w:bottom w:val="none" w:sz="0" w:space="0" w:color="auto"/>
                        <w:right w:val="none" w:sz="0" w:space="0" w:color="auto"/>
                      </w:divBdr>
                    </w:div>
                  </w:divsChild>
                </w:div>
                <w:div w:id="679042540">
                  <w:marLeft w:val="0"/>
                  <w:marRight w:val="0"/>
                  <w:marTop w:val="0"/>
                  <w:marBottom w:val="0"/>
                  <w:divBdr>
                    <w:top w:val="none" w:sz="0" w:space="0" w:color="auto"/>
                    <w:left w:val="none" w:sz="0" w:space="0" w:color="auto"/>
                    <w:bottom w:val="none" w:sz="0" w:space="0" w:color="auto"/>
                    <w:right w:val="none" w:sz="0" w:space="0" w:color="auto"/>
                  </w:divBdr>
                  <w:divsChild>
                    <w:div w:id="154609467">
                      <w:marLeft w:val="0"/>
                      <w:marRight w:val="0"/>
                      <w:marTop w:val="0"/>
                      <w:marBottom w:val="0"/>
                      <w:divBdr>
                        <w:top w:val="none" w:sz="0" w:space="0" w:color="auto"/>
                        <w:left w:val="none" w:sz="0" w:space="0" w:color="auto"/>
                        <w:bottom w:val="none" w:sz="0" w:space="0" w:color="auto"/>
                        <w:right w:val="none" w:sz="0" w:space="0" w:color="auto"/>
                      </w:divBdr>
                    </w:div>
                  </w:divsChild>
                </w:div>
                <w:div w:id="1477263231">
                  <w:marLeft w:val="0"/>
                  <w:marRight w:val="0"/>
                  <w:marTop w:val="0"/>
                  <w:marBottom w:val="0"/>
                  <w:divBdr>
                    <w:top w:val="none" w:sz="0" w:space="0" w:color="auto"/>
                    <w:left w:val="none" w:sz="0" w:space="0" w:color="auto"/>
                    <w:bottom w:val="none" w:sz="0" w:space="0" w:color="auto"/>
                    <w:right w:val="none" w:sz="0" w:space="0" w:color="auto"/>
                  </w:divBdr>
                  <w:divsChild>
                    <w:div w:id="1195116810">
                      <w:marLeft w:val="0"/>
                      <w:marRight w:val="0"/>
                      <w:marTop w:val="0"/>
                      <w:marBottom w:val="0"/>
                      <w:divBdr>
                        <w:top w:val="none" w:sz="0" w:space="0" w:color="auto"/>
                        <w:left w:val="none" w:sz="0" w:space="0" w:color="auto"/>
                        <w:bottom w:val="none" w:sz="0" w:space="0" w:color="auto"/>
                        <w:right w:val="none" w:sz="0" w:space="0" w:color="auto"/>
                      </w:divBdr>
                    </w:div>
                  </w:divsChild>
                </w:div>
                <w:div w:id="1938246438">
                  <w:marLeft w:val="0"/>
                  <w:marRight w:val="0"/>
                  <w:marTop w:val="0"/>
                  <w:marBottom w:val="0"/>
                  <w:divBdr>
                    <w:top w:val="none" w:sz="0" w:space="0" w:color="auto"/>
                    <w:left w:val="none" w:sz="0" w:space="0" w:color="auto"/>
                    <w:bottom w:val="none" w:sz="0" w:space="0" w:color="auto"/>
                    <w:right w:val="none" w:sz="0" w:space="0" w:color="auto"/>
                  </w:divBdr>
                  <w:divsChild>
                    <w:div w:id="94634918">
                      <w:marLeft w:val="0"/>
                      <w:marRight w:val="0"/>
                      <w:marTop w:val="0"/>
                      <w:marBottom w:val="0"/>
                      <w:divBdr>
                        <w:top w:val="none" w:sz="0" w:space="0" w:color="auto"/>
                        <w:left w:val="none" w:sz="0" w:space="0" w:color="auto"/>
                        <w:bottom w:val="none" w:sz="0" w:space="0" w:color="auto"/>
                        <w:right w:val="none" w:sz="0" w:space="0" w:color="auto"/>
                      </w:divBdr>
                    </w:div>
                  </w:divsChild>
                </w:div>
                <w:div w:id="1043746579">
                  <w:marLeft w:val="0"/>
                  <w:marRight w:val="0"/>
                  <w:marTop w:val="0"/>
                  <w:marBottom w:val="0"/>
                  <w:divBdr>
                    <w:top w:val="none" w:sz="0" w:space="0" w:color="auto"/>
                    <w:left w:val="none" w:sz="0" w:space="0" w:color="auto"/>
                    <w:bottom w:val="none" w:sz="0" w:space="0" w:color="auto"/>
                    <w:right w:val="none" w:sz="0" w:space="0" w:color="auto"/>
                  </w:divBdr>
                  <w:divsChild>
                    <w:div w:id="180164241">
                      <w:marLeft w:val="0"/>
                      <w:marRight w:val="0"/>
                      <w:marTop w:val="0"/>
                      <w:marBottom w:val="0"/>
                      <w:divBdr>
                        <w:top w:val="none" w:sz="0" w:space="0" w:color="auto"/>
                        <w:left w:val="none" w:sz="0" w:space="0" w:color="auto"/>
                        <w:bottom w:val="none" w:sz="0" w:space="0" w:color="auto"/>
                        <w:right w:val="none" w:sz="0" w:space="0" w:color="auto"/>
                      </w:divBdr>
                    </w:div>
                  </w:divsChild>
                </w:div>
                <w:div w:id="670109218">
                  <w:marLeft w:val="0"/>
                  <w:marRight w:val="0"/>
                  <w:marTop w:val="0"/>
                  <w:marBottom w:val="0"/>
                  <w:divBdr>
                    <w:top w:val="none" w:sz="0" w:space="0" w:color="auto"/>
                    <w:left w:val="none" w:sz="0" w:space="0" w:color="auto"/>
                    <w:bottom w:val="none" w:sz="0" w:space="0" w:color="auto"/>
                    <w:right w:val="none" w:sz="0" w:space="0" w:color="auto"/>
                  </w:divBdr>
                  <w:divsChild>
                    <w:div w:id="419912571">
                      <w:marLeft w:val="0"/>
                      <w:marRight w:val="0"/>
                      <w:marTop w:val="0"/>
                      <w:marBottom w:val="0"/>
                      <w:divBdr>
                        <w:top w:val="none" w:sz="0" w:space="0" w:color="auto"/>
                        <w:left w:val="none" w:sz="0" w:space="0" w:color="auto"/>
                        <w:bottom w:val="none" w:sz="0" w:space="0" w:color="auto"/>
                        <w:right w:val="none" w:sz="0" w:space="0" w:color="auto"/>
                      </w:divBdr>
                    </w:div>
                  </w:divsChild>
                </w:div>
                <w:div w:id="36702534">
                  <w:marLeft w:val="0"/>
                  <w:marRight w:val="0"/>
                  <w:marTop w:val="0"/>
                  <w:marBottom w:val="0"/>
                  <w:divBdr>
                    <w:top w:val="none" w:sz="0" w:space="0" w:color="auto"/>
                    <w:left w:val="none" w:sz="0" w:space="0" w:color="auto"/>
                    <w:bottom w:val="none" w:sz="0" w:space="0" w:color="auto"/>
                    <w:right w:val="none" w:sz="0" w:space="0" w:color="auto"/>
                  </w:divBdr>
                  <w:divsChild>
                    <w:div w:id="684210971">
                      <w:marLeft w:val="0"/>
                      <w:marRight w:val="0"/>
                      <w:marTop w:val="0"/>
                      <w:marBottom w:val="0"/>
                      <w:divBdr>
                        <w:top w:val="none" w:sz="0" w:space="0" w:color="auto"/>
                        <w:left w:val="none" w:sz="0" w:space="0" w:color="auto"/>
                        <w:bottom w:val="none" w:sz="0" w:space="0" w:color="auto"/>
                        <w:right w:val="none" w:sz="0" w:space="0" w:color="auto"/>
                      </w:divBdr>
                    </w:div>
                  </w:divsChild>
                </w:div>
                <w:div w:id="167136005">
                  <w:marLeft w:val="0"/>
                  <w:marRight w:val="0"/>
                  <w:marTop w:val="0"/>
                  <w:marBottom w:val="0"/>
                  <w:divBdr>
                    <w:top w:val="none" w:sz="0" w:space="0" w:color="auto"/>
                    <w:left w:val="none" w:sz="0" w:space="0" w:color="auto"/>
                    <w:bottom w:val="none" w:sz="0" w:space="0" w:color="auto"/>
                    <w:right w:val="none" w:sz="0" w:space="0" w:color="auto"/>
                  </w:divBdr>
                  <w:divsChild>
                    <w:div w:id="1471748588">
                      <w:marLeft w:val="0"/>
                      <w:marRight w:val="0"/>
                      <w:marTop w:val="0"/>
                      <w:marBottom w:val="0"/>
                      <w:divBdr>
                        <w:top w:val="none" w:sz="0" w:space="0" w:color="auto"/>
                        <w:left w:val="none" w:sz="0" w:space="0" w:color="auto"/>
                        <w:bottom w:val="none" w:sz="0" w:space="0" w:color="auto"/>
                        <w:right w:val="none" w:sz="0" w:space="0" w:color="auto"/>
                      </w:divBdr>
                    </w:div>
                  </w:divsChild>
                </w:div>
                <w:div w:id="33889694">
                  <w:marLeft w:val="0"/>
                  <w:marRight w:val="0"/>
                  <w:marTop w:val="0"/>
                  <w:marBottom w:val="0"/>
                  <w:divBdr>
                    <w:top w:val="none" w:sz="0" w:space="0" w:color="auto"/>
                    <w:left w:val="none" w:sz="0" w:space="0" w:color="auto"/>
                    <w:bottom w:val="none" w:sz="0" w:space="0" w:color="auto"/>
                    <w:right w:val="none" w:sz="0" w:space="0" w:color="auto"/>
                  </w:divBdr>
                  <w:divsChild>
                    <w:div w:id="514616618">
                      <w:marLeft w:val="0"/>
                      <w:marRight w:val="0"/>
                      <w:marTop w:val="0"/>
                      <w:marBottom w:val="0"/>
                      <w:divBdr>
                        <w:top w:val="none" w:sz="0" w:space="0" w:color="auto"/>
                        <w:left w:val="none" w:sz="0" w:space="0" w:color="auto"/>
                        <w:bottom w:val="none" w:sz="0" w:space="0" w:color="auto"/>
                        <w:right w:val="none" w:sz="0" w:space="0" w:color="auto"/>
                      </w:divBdr>
                    </w:div>
                  </w:divsChild>
                </w:div>
                <w:div w:id="1764453795">
                  <w:marLeft w:val="0"/>
                  <w:marRight w:val="0"/>
                  <w:marTop w:val="0"/>
                  <w:marBottom w:val="0"/>
                  <w:divBdr>
                    <w:top w:val="none" w:sz="0" w:space="0" w:color="auto"/>
                    <w:left w:val="none" w:sz="0" w:space="0" w:color="auto"/>
                    <w:bottom w:val="none" w:sz="0" w:space="0" w:color="auto"/>
                    <w:right w:val="none" w:sz="0" w:space="0" w:color="auto"/>
                  </w:divBdr>
                  <w:divsChild>
                    <w:div w:id="886064225">
                      <w:marLeft w:val="0"/>
                      <w:marRight w:val="0"/>
                      <w:marTop w:val="0"/>
                      <w:marBottom w:val="0"/>
                      <w:divBdr>
                        <w:top w:val="none" w:sz="0" w:space="0" w:color="auto"/>
                        <w:left w:val="none" w:sz="0" w:space="0" w:color="auto"/>
                        <w:bottom w:val="none" w:sz="0" w:space="0" w:color="auto"/>
                        <w:right w:val="none" w:sz="0" w:space="0" w:color="auto"/>
                      </w:divBdr>
                    </w:div>
                  </w:divsChild>
                </w:div>
                <w:div w:id="1560433766">
                  <w:marLeft w:val="0"/>
                  <w:marRight w:val="0"/>
                  <w:marTop w:val="0"/>
                  <w:marBottom w:val="0"/>
                  <w:divBdr>
                    <w:top w:val="none" w:sz="0" w:space="0" w:color="auto"/>
                    <w:left w:val="none" w:sz="0" w:space="0" w:color="auto"/>
                    <w:bottom w:val="none" w:sz="0" w:space="0" w:color="auto"/>
                    <w:right w:val="none" w:sz="0" w:space="0" w:color="auto"/>
                  </w:divBdr>
                  <w:divsChild>
                    <w:div w:id="808523056">
                      <w:marLeft w:val="0"/>
                      <w:marRight w:val="0"/>
                      <w:marTop w:val="0"/>
                      <w:marBottom w:val="0"/>
                      <w:divBdr>
                        <w:top w:val="none" w:sz="0" w:space="0" w:color="auto"/>
                        <w:left w:val="none" w:sz="0" w:space="0" w:color="auto"/>
                        <w:bottom w:val="none" w:sz="0" w:space="0" w:color="auto"/>
                        <w:right w:val="none" w:sz="0" w:space="0" w:color="auto"/>
                      </w:divBdr>
                    </w:div>
                  </w:divsChild>
                </w:div>
                <w:div w:id="1310480352">
                  <w:marLeft w:val="0"/>
                  <w:marRight w:val="0"/>
                  <w:marTop w:val="0"/>
                  <w:marBottom w:val="0"/>
                  <w:divBdr>
                    <w:top w:val="none" w:sz="0" w:space="0" w:color="auto"/>
                    <w:left w:val="none" w:sz="0" w:space="0" w:color="auto"/>
                    <w:bottom w:val="none" w:sz="0" w:space="0" w:color="auto"/>
                    <w:right w:val="none" w:sz="0" w:space="0" w:color="auto"/>
                  </w:divBdr>
                  <w:divsChild>
                    <w:div w:id="1977905832">
                      <w:marLeft w:val="0"/>
                      <w:marRight w:val="0"/>
                      <w:marTop w:val="0"/>
                      <w:marBottom w:val="0"/>
                      <w:divBdr>
                        <w:top w:val="none" w:sz="0" w:space="0" w:color="auto"/>
                        <w:left w:val="none" w:sz="0" w:space="0" w:color="auto"/>
                        <w:bottom w:val="none" w:sz="0" w:space="0" w:color="auto"/>
                        <w:right w:val="none" w:sz="0" w:space="0" w:color="auto"/>
                      </w:divBdr>
                    </w:div>
                  </w:divsChild>
                </w:div>
                <w:div w:id="1274745708">
                  <w:marLeft w:val="0"/>
                  <w:marRight w:val="0"/>
                  <w:marTop w:val="0"/>
                  <w:marBottom w:val="0"/>
                  <w:divBdr>
                    <w:top w:val="none" w:sz="0" w:space="0" w:color="auto"/>
                    <w:left w:val="none" w:sz="0" w:space="0" w:color="auto"/>
                    <w:bottom w:val="none" w:sz="0" w:space="0" w:color="auto"/>
                    <w:right w:val="none" w:sz="0" w:space="0" w:color="auto"/>
                  </w:divBdr>
                  <w:divsChild>
                    <w:div w:id="1184055009">
                      <w:marLeft w:val="0"/>
                      <w:marRight w:val="0"/>
                      <w:marTop w:val="0"/>
                      <w:marBottom w:val="0"/>
                      <w:divBdr>
                        <w:top w:val="none" w:sz="0" w:space="0" w:color="auto"/>
                        <w:left w:val="none" w:sz="0" w:space="0" w:color="auto"/>
                        <w:bottom w:val="none" w:sz="0" w:space="0" w:color="auto"/>
                        <w:right w:val="none" w:sz="0" w:space="0" w:color="auto"/>
                      </w:divBdr>
                    </w:div>
                  </w:divsChild>
                </w:div>
                <w:div w:id="1170175984">
                  <w:marLeft w:val="0"/>
                  <w:marRight w:val="0"/>
                  <w:marTop w:val="0"/>
                  <w:marBottom w:val="0"/>
                  <w:divBdr>
                    <w:top w:val="none" w:sz="0" w:space="0" w:color="auto"/>
                    <w:left w:val="none" w:sz="0" w:space="0" w:color="auto"/>
                    <w:bottom w:val="none" w:sz="0" w:space="0" w:color="auto"/>
                    <w:right w:val="none" w:sz="0" w:space="0" w:color="auto"/>
                  </w:divBdr>
                  <w:divsChild>
                    <w:div w:id="510486300">
                      <w:marLeft w:val="0"/>
                      <w:marRight w:val="0"/>
                      <w:marTop w:val="0"/>
                      <w:marBottom w:val="0"/>
                      <w:divBdr>
                        <w:top w:val="none" w:sz="0" w:space="0" w:color="auto"/>
                        <w:left w:val="none" w:sz="0" w:space="0" w:color="auto"/>
                        <w:bottom w:val="none" w:sz="0" w:space="0" w:color="auto"/>
                        <w:right w:val="none" w:sz="0" w:space="0" w:color="auto"/>
                      </w:divBdr>
                    </w:div>
                  </w:divsChild>
                </w:div>
                <w:div w:id="792595444">
                  <w:marLeft w:val="0"/>
                  <w:marRight w:val="0"/>
                  <w:marTop w:val="0"/>
                  <w:marBottom w:val="0"/>
                  <w:divBdr>
                    <w:top w:val="none" w:sz="0" w:space="0" w:color="auto"/>
                    <w:left w:val="none" w:sz="0" w:space="0" w:color="auto"/>
                    <w:bottom w:val="none" w:sz="0" w:space="0" w:color="auto"/>
                    <w:right w:val="none" w:sz="0" w:space="0" w:color="auto"/>
                  </w:divBdr>
                  <w:divsChild>
                    <w:div w:id="1514605859">
                      <w:marLeft w:val="0"/>
                      <w:marRight w:val="0"/>
                      <w:marTop w:val="0"/>
                      <w:marBottom w:val="0"/>
                      <w:divBdr>
                        <w:top w:val="none" w:sz="0" w:space="0" w:color="auto"/>
                        <w:left w:val="none" w:sz="0" w:space="0" w:color="auto"/>
                        <w:bottom w:val="none" w:sz="0" w:space="0" w:color="auto"/>
                        <w:right w:val="none" w:sz="0" w:space="0" w:color="auto"/>
                      </w:divBdr>
                    </w:div>
                    <w:div w:id="213543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5085889">
          <w:marLeft w:val="0"/>
          <w:marRight w:val="0"/>
          <w:marTop w:val="0"/>
          <w:marBottom w:val="0"/>
          <w:divBdr>
            <w:top w:val="none" w:sz="0" w:space="0" w:color="auto"/>
            <w:left w:val="none" w:sz="0" w:space="0" w:color="auto"/>
            <w:bottom w:val="none" w:sz="0" w:space="0" w:color="auto"/>
            <w:right w:val="none" w:sz="0" w:space="0" w:color="auto"/>
          </w:divBdr>
        </w:div>
      </w:divsChild>
    </w:div>
    <w:div w:id="1742672188">
      <w:bodyDiv w:val="1"/>
      <w:marLeft w:val="0"/>
      <w:marRight w:val="0"/>
      <w:marTop w:val="0"/>
      <w:marBottom w:val="0"/>
      <w:divBdr>
        <w:top w:val="none" w:sz="0" w:space="0" w:color="auto"/>
        <w:left w:val="none" w:sz="0" w:space="0" w:color="auto"/>
        <w:bottom w:val="none" w:sz="0" w:space="0" w:color="auto"/>
        <w:right w:val="none" w:sz="0" w:space="0" w:color="auto"/>
      </w:divBdr>
      <w:divsChild>
        <w:div w:id="1309214167">
          <w:marLeft w:val="0"/>
          <w:marRight w:val="0"/>
          <w:marTop w:val="0"/>
          <w:marBottom w:val="0"/>
          <w:divBdr>
            <w:top w:val="none" w:sz="0" w:space="0" w:color="auto"/>
            <w:left w:val="none" w:sz="0" w:space="0" w:color="auto"/>
            <w:bottom w:val="none" w:sz="0" w:space="0" w:color="auto"/>
            <w:right w:val="none" w:sz="0" w:space="0" w:color="auto"/>
          </w:divBdr>
        </w:div>
        <w:div w:id="842278638">
          <w:marLeft w:val="0"/>
          <w:marRight w:val="0"/>
          <w:marTop w:val="0"/>
          <w:marBottom w:val="0"/>
          <w:divBdr>
            <w:top w:val="none" w:sz="0" w:space="0" w:color="auto"/>
            <w:left w:val="none" w:sz="0" w:space="0" w:color="auto"/>
            <w:bottom w:val="none" w:sz="0" w:space="0" w:color="auto"/>
            <w:right w:val="none" w:sz="0" w:space="0" w:color="auto"/>
          </w:divBdr>
          <w:divsChild>
            <w:div w:id="1388604148">
              <w:marLeft w:val="-75"/>
              <w:marRight w:val="0"/>
              <w:marTop w:val="30"/>
              <w:marBottom w:val="30"/>
              <w:divBdr>
                <w:top w:val="none" w:sz="0" w:space="0" w:color="auto"/>
                <w:left w:val="none" w:sz="0" w:space="0" w:color="auto"/>
                <w:bottom w:val="none" w:sz="0" w:space="0" w:color="auto"/>
                <w:right w:val="none" w:sz="0" w:space="0" w:color="auto"/>
              </w:divBdr>
              <w:divsChild>
                <w:div w:id="202404319">
                  <w:marLeft w:val="0"/>
                  <w:marRight w:val="0"/>
                  <w:marTop w:val="0"/>
                  <w:marBottom w:val="0"/>
                  <w:divBdr>
                    <w:top w:val="none" w:sz="0" w:space="0" w:color="auto"/>
                    <w:left w:val="none" w:sz="0" w:space="0" w:color="auto"/>
                    <w:bottom w:val="none" w:sz="0" w:space="0" w:color="auto"/>
                    <w:right w:val="none" w:sz="0" w:space="0" w:color="auto"/>
                  </w:divBdr>
                  <w:divsChild>
                    <w:div w:id="2140680469">
                      <w:marLeft w:val="0"/>
                      <w:marRight w:val="0"/>
                      <w:marTop w:val="0"/>
                      <w:marBottom w:val="0"/>
                      <w:divBdr>
                        <w:top w:val="none" w:sz="0" w:space="0" w:color="auto"/>
                        <w:left w:val="none" w:sz="0" w:space="0" w:color="auto"/>
                        <w:bottom w:val="none" w:sz="0" w:space="0" w:color="auto"/>
                        <w:right w:val="none" w:sz="0" w:space="0" w:color="auto"/>
                      </w:divBdr>
                    </w:div>
                  </w:divsChild>
                </w:div>
                <w:div w:id="105316523">
                  <w:marLeft w:val="0"/>
                  <w:marRight w:val="0"/>
                  <w:marTop w:val="0"/>
                  <w:marBottom w:val="0"/>
                  <w:divBdr>
                    <w:top w:val="none" w:sz="0" w:space="0" w:color="auto"/>
                    <w:left w:val="none" w:sz="0" w:space="0" w:color="auto"/>
                    <w:bottom w:val="none" w:sz="0" w:space="0" w:color="auto"/>
                    <w:right w:val="none" w:sz="0" w:space="0" w:color="auto"/>
                  </w:divBdr>
                  <w:divsChild>
                    <w:div w:id="789400074">
                      <w:marLeft w:val="0"/>
                      <w:marRight w:val="0"/>
                      <w:marTop w:val="0"/>
                      <w:marBottom w:val="0"/>
                      <w:divBdr>
                        <w:top w:val="none" w:sz="0" w:space="0" w:color="auto"/>
                        <w:left w:val="none" w:sz="0" w:space="0" w:color="auto"/>
                        <w:bottom w:val="none" w:sz="0" w:space="0" w:color="auto"/>
                        <w:right w:val="none" w:sz="0" w:space="0" w:color="auto"/>
                      </w:divBdr>
                    </w:div>
                  </w:divsChild>
                </w:div>
                <w:div w:id="2136556613">
                  <w:marLeft w:val="0"/>
                  <w:marRight w:val="0"/>
                  <w:marTop w:val="0"/>
                  <w:marBottom w:val="0"/>
                  <w:divBdr>
                    <w:top w:val="none" w:sz="0" w:space="0" w:color="auto"/>
                    <w:left w:val="none" w:sz="0" w:space="0" w:color="auto"/>
                    <w:bottom w:val="none" w:sz="0" w:space="0" w:color="auto"/>
                    <w:right w:val="none" w:sz="0" w:space="0" w:color="auto"/>
                  </w:divBdr>
                  <w:divsChild>
                    <w:div w:id="382364376">
                      <w:marLeft w:val="0"/>
                      <w:marRight w:val="0"/>
                      <w:marTop w:val="0"/>
                      <w:marBottom w:val="0"/>
                      <w:divBdr>
                        <w:top w:val="none" w:sz="0" w:space="0" w:color="auto"/>
                        <w:left w:val="none" w:sz="0" w:space="0" w:color="auto"/>
                        <w:bottom w:val="none" w:sz="0" w:space="0" w:color="auto"/>
                        <w:right w:val="none" w:sz="0" w:space="0" w:color="auto"/>
                      </w:divBdr>
                    </w:div>
                  </w:divsChild>
                </w:div>
                <w:div w:id="122434074">
                  <w:marLeft w:val="0"/>
                  <w:marRight w:val="0"/>
                  <w:marTop w:val="0"/>
                  <w:marBottom w:val="0"/>
                  <w:divBdr>
                    <w:top w:val="none" w:sz="0" w:space="0" w:color="auto"/>
                    <w:left w:val="none" w:sz="0" w:space="0" w:color="auto"/>
                    <w:bottom w:val="none" w:sz="0" w:space="0" w:color="auto"/>
                    <w:right w:val="none" w:sz="0" w:space="0" w:color="auto"/>
                  </w:divBdr>
                  <w:divsChild>
                    <w:div w:id="749275841">
                      <w:marLeft w:val="0"/>
                      <w:marRight w:val="0"/>
                      <w:marTop w:val="0"/>
                      <w:marBottom w:val="0"/>
                      <w:divBdr>
                        <w:top w:val="none" w:sz="0" w:space="0" w:color="auto"/>
                        <w:left w:val="none" w:sz="0" w:space="0" w:color="auto"/>
                        <w:bottom w:val="none" w:sz="0" w:space="0" w:color="auto"/>
                        <w:right w:val="none" w:sz="0" w:space="0" w:color="auto"/>
                      </w:divBdr>
                    </w:div>
                  </w:divsChild>
                </w:div>
                <w:div w:id="178356041">
                  <w:marLeft w:val="0"/>
                  <w:marRight w:val="0"/>
                  <w:marTop w:val="0"/>
                  <w:marBottom w:val="0"/>
                  <w:divBdr>
                    <w:top w:val="none" w:sz="0" w:space="0" w:color="auto"/>
                    <w:left w:val="none" w:sz="0" w:space="0" w:color="auto"/>
                    <w:bottom w:val="none" w:sz="0" w:space="0" w:color="auto"/>
                    <w:right w:val="none" w:sz="0" w:space="0" w:color="auto"/>
                  </w:divBdr>
                  <w:divsChild>
                    <w:div w:id="663243178">
                      <w:marLeft w:val="0"/>
                      <w:marRight w:val="0"/>
                      <w:marTop w:val="0"/>
                      <w:marBottom w:val="0"/>
                      <w:divBdr>
                        <w:top w:val="none" w:sz="0" w:space="0" w:color="auto"/>
                        <w:left w:val="none" w:sz="0" w:space="0" w:color="auto"/>
                        <w:bottom w:val="none" w:sz="0" w:space="0" w:color="auto"/>
                        <w:right w:val="none" w:sz="0" w:space="0" w:color="auto"/>
                      </w:divBdr>
                    </w:div>
                  </w:divsChild>
                </w:div>
                <w:div w:id="1795561053">
                  <w:marLeft w:val="0"/>
                  <w:marRight w:val="0"/>
                  <w:marTop w:val="0"/>
                  <w:marBottom w:val="0"/>
                  <w:divBdr>
                    <w:top w:val="none" w:sz="0" w:space="0" w:color="auto"/>
                    <w:left w:val="none" w:sz="0" w:space="0" w:color="auto"/>
                    <w:bottom w:val="none" w:sz="0" w:space="0" w:color="auto"/>
                    <w:right w:val="none" w:sz="0" w:space="0" w:color="auto"/>
                  </w:divBdr>
                  <w:divsChild>
                    <w:div w:id="1143229651">
                      <w:marLeft w:val="0"/>
                      <w:marRight w:val="0"/>
                      <w:marTop w:val="0"/>
                      <w:marBottom w:val="0"/>
                      <w:divBdr>
                        <w:top w:val="none" w:sz="0" w:space="0" w:color="auto"/>
                        <w:left w:val="none" w:sz="0" w:space="0" w:color="auto"/>
                        <w:bottom w:val="none" w:sz="0" w:space="0" w:color="auto"/>
                        <w:right w:val="none" w:sz="0" w:space="0" w:color="auto"/>
                      </w:divBdr>
                    </w:div>
                  </w:divsChild>
                </w:div>
                <w:div w:id="1611741937">
                  <w:marLeft w:val="0"/>
                  <w:marRight w:val="0"/>
                  <w:marTop w:val="0"/>
                  <w:marBottom w:val="0"/>
                  <w:divBdr>
                    <w:top w:val="none" w:sz="0" w:space="0" w:color="auto"/>
                    <w:left w:val="none" w:sz="0" w:space="0" w:color="auto"/>
                    <w:bottom w:val="none" w:sz="0" w:space="0" w:color="auto"/>
                    <w:right w:val="none" w:sz="0" w:space="0" w:color="auto"/>
                  </w:divBdr>
                  <w:divsChild>
                    <w:div w:id="32386867">
                      <w:marLeft w:val="0"/>
                      <w:marRight w:val="0"/>
                      <w:marTop w:val="0"/>
                      <w:marBottom w:val="0"/>
                      <w:divBdr>
                        <w:top w:val="none" w:sz="0" w:space="0" w:color="auto"/>
                        <w:left w:val="none" w:sz="0" w:space="0" w:color="auto"/>
                        <w:bottom w:val="none" w:sz="0" w:space="0" w:color="auto"/>
                        <w:right w:val="none" w:sz="0" w:space="0" w:color="auto"/>
                      </w:divBdr>
                    </w:div>
                  </w:divsChild>
                </w:div>
                <w:div w:id="481821813">
                  <w:marLeft w:val="0"/>
                  <w:marRight w:val="0"/>
                  <w:marTop w:val="0"/>
                  <w:marBottom w:val="0"/>
                  <w:divBdr>
                    <w:top w:val="none" w:sz="0" w:space="0" w:color="auto"/>
                    <w:left w:val="none" w:sz="0" w:space="0" w:color="auto"/>
                    <w:bottom w:val="none" w:sz="0" w:space="0" w:color="auto"/>
                    <w:right w:val="none" w:sz="0" w:space="0" w:color="auto"/>
                  </w:divBdr>
                  <w:divsChild>
                    <w:div w:id="1260717951">
                      <w:marLeft w:val="0"/>
                      <w:marRight w:val="0"/>
                      <w:marTop w:val="0"/>
                      <w:marBottom w:val="0"/>
                      <w:divBdr>
                        <w:top w:val="none" w:sz="0" w:space="0" w:color="auto"/>
                        <w:left w:val="none" w:sz="0" w:space="0" w:color="auto"/>
                        <w:bottom w:val="none" w:sz="0" w:space="0" w:color="auto"/>
                        <w:right w:val="none" w:sz="0" w:space="0" w:color="auto"/>
                      </w:divBdr>
                    </w:div>
                  </w:divsChild>
                </w:div>
                <w:div w:id="1390423192">
                  <w:marLeft w:val="0"/>
                  <w:marRight w:val="0"/>
                  <w:marTop w:val="0"/>
                  <w:marBottom w:val="0"/>
                  <w:divBdr>
                    <w:top w:val="none" w:sz="0" w:space="0" w:color="auto"/>
                    <w:left w:val="none" w:sz="0" w:space="0" w:color="auto"/>
                    <w:bottom w:val="none" w:sz="0" w:space="0" w:color="auto"/>
                    <w:right w:val="none" w:sz="0" w:space="0" w:color="auto"/>
                  </w:divBdr>
                  <w:divsChild>
                    <w:div w:id="56707016">
                      <w:marLeft w:val="0"/>
                      <w:marRight w:val="0"/>
                      <w:marTop w:val="0"/>
                      <w:marBottom w:val="0"/>
                      <w:divBdr>
                        <w:top w:val="none" w:sz="0" w:space="0" w:color="auto"/>
                        <w:left w:val="none" w:sz="0" w:space="0" w:color="auto"/>
                        <w:bottom w:val="none" w:sz="0" w:space="0" w:color="auto"/>
                        <w:right w:val="none" w:sz="0" w:space="0" w:color="auto"/>
                      </w:divBdr>
                    </w:div>
                  </w:divsChild>
                </w:div>
                <w:div w:id="2977855">
                  <w:marLeft w:val="0"/>
                  <w:marRight w:val="0"/>
                  <w:marTop w:val="0"/>
                  <w:marBottom w:val="0"/>
                  <w:divBdr>
                    <w:top w:val="none" w:sz="0" w:space="0" w:color="auto"/>
                    <w:left w:val="none" w:sz="0" w:space="0" w:color="auto"/>
                    <w:bottom w:val="none" w:sz="0" w:space="0" w:color="auto"/>
                    <w:right w:val="none" w:sz="0" w:space="0" w:color="auto"/>
                  </w:divBdr>
                  <w:divsChild>
                    <w:div w:id="1478957975">
                      <w:marLeft w:val="0"/>
                      <w:marRight w:val="0"/>
                      <w:marTop w:val="0"/>
                      <w:marBottom w:val="0"/>
                      <w:divBdr>
                        <w:top w:val="none" w:sz="0" w:space="0" w:color="auto"/>
                        <w:left w:val="none" w:sz="0" w:space="0" w:color="auto"/>
                        <w:bottom w:val="none" w:sz="0" w:space="0" w:color="auto"/>
                        <w:right w:val="none" w:sz="0" w:space="0" w:color="auto"/>
                      </w:divBdr>
                    </w:div>
                  </w:divsChild>
                </w:div>
                <w:div w:id="445657286">
                  <w:marLeft w:val="0"/>
                  <w:marRight w:val="0"/>
                  <w:marTop w:val="0"/>
                  <w:marBottom w:val="0"/>
                  <w:divBdr>
                    <w:top w:val="none" w:sz="0" w:space="0" w:color="auto"/>
                    <w:left w:val="none" w:sz="0" w:space="0" w:color="auto"/>
                    <w:bottom w:val="none" w:sz="0" w:space="0" w:color="auto"/>
                    <w:right w:val="none" w:sz="0" w:space="0" w:color="auto"/>
                  </w:divBdr>
                  <w:divsChild>
                    <w:div w:id="1017846199">
                      <w:marLeft w:val="0"/>
                      <w:marRight w:val="0"/>
                      <w:marTop w:val="0"/>
                      <w:marBottom w:val="0"/>
                      <w:divBdr>
                        <w:top w:val="none" w:sz="0" w:space="0" w:color="auto"/>
                        <w:left w:val="none" w:sz="0" w:space="0" w:color="auto"/>
                        <w:bottom w:val="none" w:sz="0" w:space="0" w:color="auto"/>
                        <w:right w:val="none" w:sz="0" w:space="0" w:color="auto"/>
                      </w:divBdr>
                    </w:div>
                  </w:divsChild>
                </w:div>
                <w:div w:id="1651985361">
                  <w:marLeft w:val="0"/>
                  <w:marRight w:val="0"/>
                  <w:marTop w:val="0"/>
                  <w:marBottom w:val="0"/>
                  <w:divBdr>
                    <w:top w:val="none" w:sz="0" w:space="0" w:color="auto"/>
                    <w:left w:val="none" w:sz="0" w:space="0" w:color="auto"/>
                    <w:bottom w:val="none" w:sz="0" w:space="0" w:color="auto"/>
                    <w:right w:val="none" w:sz="0" w:space="0" w:color="auto"/>
                  </w:divBdr>
                  <w:divsChild>
                    <w:div w:id="566064372">
                      <w:marLeft w:val="0"/>
                      <w:marRight w:val="0"/>
                      <w:marTop w:val="0"/>
                      <w:marBottom w:val="0"/>
                      <w:divBdr>
                        <w:top w:val="none" w:sz="0" w:space="0" w:color="auto"/>
                        <w:left w:val="none" w:sz="0" w:space="0" w:color="auto"/>
                        <w:bottom w:val="none" w:sz="0" w:space="0" w:color="auto"/>
                        <w:right w:val="none" w:sz="0" w:space="0" w:color="auto"/>
                      </w:divBdr>
                    </w:div>
                  </w:divsChild>
                </w:div>
                <w:div w:id="397746900">
                  <w:marLeft w:val="0"/>
                  <w:marRight w:val="0"/>
                  <w:marTop w:val="0"/>
                  <w:marBottom w:val="0"/>
                  <w:divBdr>
                    <w:top w:val="none" w:sz="0" w:space="0" w:color="auto"/>
                    <w:left w:val="none" w:sz="0" w:space="0" w:color="auto"/>
                    <w:bottom w:val="none" w:sz="0" w:space="0" w:color="auto"/>
                    <w:right w:val="none" w:sz="0" w:space="0" w:color="auto"/>
                  </w:divBdr>
                  <w:divsChild>
                    <w:div w:id="516702340">
                      <w:marLeft w:val="0"/>
                      <w:marRight w:val="0"/>
                      <w:marTop w:val="0"/>
                      <w:marBottom w:val="0"/>
                      <w:divBdr>
                        <w:top w:val="none" w:sz="0" w:space="0" w:color="auto"/>
                        <w:left w:val="none" w:sz="0" w:space="0" w:color="auto"/>
                        <w:bottom w:val="none" w:sz="0" w:space="0" w:color="auto"/>
                        <w:right w:val="none" w:sz="0" w:space="0" w:color="auto"/>
                      </w:divBdr>
                    </w:div>
                  </w:divsChild>
                </w:div>
                <w:div w:id="950432534">
                  <w:marLeft w:val="0"/>
                  <w:marRight w:val="0"/>
                  <w:marTop w:val="0"/>
                  <w:marBottom w:val="0"/>
                  <w:divBdr>
                    <w:top w:val="none" w:sz="0" w:space="0" w:color="auto"/>
                    <w:left w:val="none" w:sz="0" w:space="0" w:color="auto"/>
                    <w:bottom w:val="none" w:sz="0" w:space="0" w:color="auto"/>
                    <w:right w:val="none" w:sz="0" w:space="0" w:color="auto"/>
                  </w:divBdr>
                  <w:divsChild>
                    <w:div w:id="961570594">
                      <w:marLeft w:val="0"/>
                      <w:marRight w:val="0"/>
                      <w:marTop w:val="0"/>
                      <w:marBottom w:val="0"/>
                      <w:divBdr>
                        <w:top w:val="none" w:sz="0" w:space="0" w:color="auto"/>
                        <w:left w:val="none" w:sz="0" w:space="0" w:color="auto"/>
                        <w:bottom w:val="none" w:sz="0" w:space="0" w:color="auto"/>
                        <w:right w:val="none" w:sz="0" w:space="0" w:color="auto"/>
                      </w:divBdr>
                    </w:div>
                  </w:divsChild>
                </w:div>
                <w:div w:id="1778282712">
                  <w:marLeft w:val="0"/>
                  <w:marRight w:val="0"/>
                  <w:marTop w:val="0"/>
                  <w:marBottom w:val="0"/>
                  <w:divBdr>
                    <w:top w:val="none" w:sz="0" w:space="0" w:color="auto"/>
                    <w:left w:val="none" w:sz="0" w:space="0" w:color="auto"/>
                    <w:bottom w:val="none" w:sz="0" w:space="0" w:color="auto"/>
                    <w:right w:val="none" w:sz="0" w:space="0" w:color="auto"/>
                  </w:divBdr>
                  <w:divsChild>
                    <w:div w:id="835345117">
                      <w:marLeft w:val="0"/>
                      <w:marRight w:val="0"/>
                      <w:marTop w:val="0"/>
                      <w:marBottom w:val="0"/>
                      <w:divBdr>
                        <w:top w:val="none" w:sz="0" w:space="0" w:color="auto"/>
                        <w:left w:val="none" w:sz="0" w:space="0" w:color="auto"/>
                        <w:bottom w:val="none" w:sz="0" w:space="0" w:color="auto"/>
                        <w:right w:val="none" w:sz="0" w:space="0" w:color="auto"/>
                      </w:divBdr>
                    </w:div>
                  </w:divsChild>
                </w:div>
                <w:div w:id="1889339300">
                  <w:marLeft w:val="0"/>
                  <w:marRight w:val="0"/>
                  <w:marTop w:val="0"/>
                  <w:marBottom w:val="0"/>
                  <w:divBdr>
                    <w:top w:val="none" w:sz="0" w:space="0" w:color="auto"/>
                    <w:left w:val="none" w:sz="0" w:space="0" w:color="auto"/>
                    <w:bottom w:val="none" w:sz="0" w:space="0" w:color="auto"/>
                    <w:right w:val="none" w:sz="0" w:space="0" w:color="auto"/>
                  </w:divBdr>
                  <w:divsChild>
                    <w:div w:id="707608263">
                      <w:marLeft w:val="0"/>
                      <w:marRight w:val="0"/>
                      <w:marTop w:val="0"/>
                      <w:marBottom w:val="0"/>
                      <w:divBdr>
                        <w:top w:val="none" w:sz="0" w:space="0" w:color="auto"/>
                        <w:left w:val="none" w:sz="0" w:space="0" w:color="auto"/>
                        <w:bottom w:val="none" w:sz="0" w:space="0" w:color="auto"/>
                        <w:right w:val="none" w:sz="0" w:space="0" w:color="auto"/>
                      </w:divBdr>
                    </w:div>
                  </w:divsChild>
                </w:div>
                <w:div w:id="1263101097">
                  <w:marLeft w:val="0"/>
                  <w:marRight w:val="0"/>
                  <w:marTop w:val="0"/>
                  <w:marBottom w:val="0"/>
                  <w:divBdr>
                    <w:top w:val="none" w:sz="0" w:space="0" w:color="auto"/>
                    <w:left w:val="none" w:sz="0" w:space="0" w:color="auto"/>
                    <w:bottom w:val="none" w:sz="0" w:space="0" w:color="auto"/>
                    <w:right w:val="none" w:sz="0" w:space="0" w:color="auto"/>
                  </w:divBdr>
                  <w:divsChild>
                    <w:div w:id="515778361">
                      <w:marLeft w:val="0"/>
                      <w:marRight w:val="0"/>
                      <w:marTop w:val="0"/>
                      <w:marBottom w:val="0"/>
                      <w:divBdr>
                        <w:top w:val="none" w:sz="0" w:space="0" w:color="auto"/>
                        <w:left w:val="none" w:sz="0" w:space="0" w:color="auto"/>
                        <w:bottom w:val="none" w:sz="0" w:space="0" w:color="auto"/>
                        <w:right w:val="none" w:sz="0" w:space="0" w:color="auto"/>
                      </w:divBdr>
                    </w:div>
                  </w:divsChild>
                </w:div>
                <w:div w:id="1353386291">
                  <w:marLeft w:val="0"/>
                  <w:marRight w:val="0"/>
                  <w:marTop w:val="0"/>
                  <w:marBottom w:val="0"/>
                  <w:divBdr>
                    <w:top w:val="none" w:sz="0" w:space="0" w:color="auto"/>
                    <w:left w:val="none" w:sz="0" w:space="0" w:color="auto"/>
                    <w:bottom w:val="none" w:sz="0" w:space="0" w:color="auto"/>
                    <w:right w:val="none" w:sz="0" w:space="0" w:color="auto"/>
                  </w:divBdr>
                  <w:divsChild>
                    <w:div w:id="1474103342">
                      <w:marLeft w:val="0"/>
                      <w:marRight w:val="0"/>
                      <w:marTop w:val="0"/>
                      <w:marBottom w:val="0"/>
                      <w:divBdr>
                        <w:top w:val="none" w:sz="0" w:space="0" w:color="auto"/>
                        <w:left w:val="none" w:sz="0" w:space="0" w:color="auto"/>
                        <w:bottom w:val="none" w:sz="0" w:space="0" w:color="auto"/>
                        <w:right w:val="none" w:sz="0" w:space="0" w:color="auto"/>
                      </w:divBdr>
                    </w:div>
                  </w:divsChild>
                </w:div>
                <w:div w:id="1939020009">
                  <w:marLeft w:val="0"/>
                  <w:marRight w:val="0"/>
                  <w:marTop w:val="0"/>
                  <w:marBottom w:val="0"/>
                  <w:divBdr>
                    <w:top w:val="none" w:sz="0" w:space="0" w:color="auto"/>
                    <w:left w:val="none" w:sz="0" w:space="0" w:color="auto"/>
                    <w:bottom w:val="none" w:sz="0" w:space="0" w:color="auto"/>
                    <w:right w:val="none" w:sz="0" w:space="0" w:color="auto"/>
                  </w:divBdr>
                  <w:divsChild>
                    <w:div w:id="1842313674">
                      <w:marLeft w:val="0"/>
                      <w:marRight w:val="0"/>
                      <w:marTop w:val="0"/>
                      <w:marBottom w:val="0"/>
                      <w:divBdr>
                        <w:top w:val="none" w:sz="0" w:space="0" w:color="auto"/>
                        <w:left w:val="none" w:sz="0" w:space="0" w:color="auto"/>
                        <w:bottom w:val="none" w:sz="0" w:space="0" w:color="auto"/>
                        <w:right w:val="none" w:sz="0" w:space="0" w:color="auto"/>
                      </w:divBdr>
                    </w:div>
                  </w:divsChild>
                </w:div>
                <w:div w:id="765269568">
                  <w:marLeft w:val="0"/>
                  <w:marRight w:val="0"/>
                  <w:marTop w:val="0"/>
                  <w:marBottom w:val="0"/>
                  <w:divBdr>
                    <w:top w:val="none" w:sz="0" w:space="0" w:color="auto"/>
                    <w:left w:val="none" w:sz="0" w:space="0" w:color="auto"/>
                    <w:bottom w:val="none" w:sz="0" w:space="0" w:color="auto"/>
                    <w:right w:val="none" w:sz="0" w:space="0" w:color="auto"/>
                  </w:divBdr>
                  <w:divsChild>
                    <w:div w:id="840849351">
                      <w:marLeft w:val="0"/>
                      <w:marRight w:val="0"/>
                      <w:marTop w:val="0"/>
                      <w:marBottom w:val="0"/>
                      <w:divBdr>
                        <w:top w:val="none" w:sz="0" w:space="0" w:color="auto"/>
                        <w:left w:val="none" w:sz="0" w:space="0" w:color="auto"/>
                        <w:bottom w:val="none" w:sz="0" w:space="0" w:color="auto"/>
                        <w:right w:val="none" w:sz="0" w:space="0" w:color="auto"/>
                      </w:divBdr>
                    </w:div>
                    <w:div w:id="507334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406711">
          <w:marLeft w:val="0"/>
          <w:marRight w:val="0"/>
          <w:marTop w:val="0"/>
          <w:marBottom w:val="0"/>
          <w:divBdr>
            <w:top w:val="none" w:sz="0" w:space="0" w:color="auto"/>
            <w:left w:val="none" w:sz="0" w:space="0" w:color="auto"/>
            <w:bottom w:val="none" w:sz="0" w:space="0" w:color="auto"/>
            <w:right w:val="none" w:sz="0" w:space="0" w:color="auto"/>
          </w:divBdr>
        </w:div>
      </w:divsChild>
    </w:div>
  </w:divs>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funakoshi.co.jp/exports/privacy_policy"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67</TotalTime>
  <Pages>2</Pages>
  <Words>650</Words>
  <Characters>3709</Characters>
  <Application>Microsoft Office Word</Application>
  <DocSecurity>0</DocSecurity>
  <Lines>30</Lines>
  <Paragraphs>8</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4351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西岐 良一 Ryoichi Saiki</cp:lastModifiedBy>
  <cp:revision>30</cp:revision>
  <dcterms:created xsi:type="dcterms:W3CDTF">2026-07-28T04:29:00Z</dcterms:created>
  <dcterms:modified xsi:type="dcterms:W3CDTF">2026-09-03T06:23:00Z</dcterms:modified>
  <cp:category/>
</cp:coreProperties>
</file>